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449F5" w14:textId="6B202945" w:rsidR="00712F1E" w:rsidRPr="00C7798D" w:rsidRDefault="00000000" w:rsidP="00C7798D">
      <w:pPr>
        <w:spacing w:after="280"/>
        <w:jc w:val="center"/>
        <w:rPr>
          <w:rFonts w:ascii="Gobold" w:hAnsi="Gobold"/>
          <w:bCs/>
          <w:sz w:val="36"/>
          <w:szCs w:val="36"/>
        </w:rPr>
      </w:pPr>
      <w:r w:rsidRPr="00C7798D">
        <w:rPr>
          <w:rFonts w:ascii="Gobold" w:hAnsi="Gobold"/>
          <w:bCs/>
          <w:sz w:val="36"/>
          <w:szCs w:val="36"/>
        </w:rPr>
        <w:t>TERMO DE AUTORIZAÇÃO PARA USO DE IMAGEM</w:t>
      </w:r>
    </w:p>
    <w:p w14:paraId="47ECCE8E" w14:textId="77777777" w:rsidR="00225AA3" w:rsidRDefault="00225AA3" w:rsidP="00C7798D">
      <w:pPr>
        <w:jc w:val="both"/>
        <w:rPr>
          <w:rFonts w:ascii="Palatino Linotype" w:hAnsi="Palatino Linotype"/>
          <w:sz w:val="22"/>
        </w:rPr>
      </w:pPr>
    </w:p>
    <w:p w14:paraId="0596FB1D" w14:textId="77777777" w:rsidR="00AF769A" w:rsidRDefault="00AF769A" w:rsidP="00C7798D">
      <w:pPr>
        <w:jc w:val="both"/>
        <w:rPr>
          <w:rFonts w:ascii="Palatino Linotype" w:hAnsi="Palatino Linotype"/>
          <w:sz w:val="22"/>
        </w:rPr>
      </w:pPr>
    </w:p>
    <w:p w14:paraId="17B87593" w14:textId="77777777" w:rsidR="00AF769A" w:rsidRDefault="00AF769A" w:rsidP="00C7798D">
      <w:pPr>
        <w:jc w:val="both"/>
        <w:rPr>
          <w:rFonts w:ascii="Palatino Linotype" w:hAnsi="Palatino Linotype"/>
          <w:sz w:val="22"/>
        </w:rPr>
      </w:pPr>
    </w:p>
    <w:p w14:paraId="65161CE2" w14:textId="67CB9933" w:rsidR="00712F1E" w:rsidRDefault="00000000" w:rsidP="00C7798D">
      <w:pPr>
        <w:jc w:val="both"/>
        <w:rPr>
          <w:rFonts w:ascii="Palatino Linotype" w:hAnsi="Palatino Linotype"/>
          <w:sz w:val="22"/>
        </w:rPr>
      </w:pPr>
      <w:r w:rsidRPr="00225AA3">
        <w:rPr>
          <w:rFonts w:ascii="Palatino Linotype" w:hAnsi="Palatino Linotype"/>
          <w:sz w:val="22"/>
        </w:rPr>
        <w:t>A</w:t>
      </w:r>
      <w:r w:rsidR="00C7798D" w:rsidRPr="00225AA3">
        <w:rPr>
          <w:rFonts w:ascii="Palatino Linotype" w:hAnsi="Palatino Linotype"/>
          <w:sz w:val="22"/>
        </w:rPr>
        <w:t>(</w:t>
      </w:r>
      <w:r w:rsidRPr="00225AA3">
        <w:rPr>
          <w:rFonts w:ascii="Palatino Linotype" w:hAnsi="Palatino Linotype"/>
          <w:sz w:val="22"/>
        </w:rPr>
        <w:t>s</w:t>
      </w:r>
      <w:r w:rsidR="00C7798D" w:rsidRPr="00225AA3">
        <w:rPr>
          <w:rFonts w:ascii="Palatino Linotype" w:hAnsi="Palatino Linotype"/>
          <w:sz w:val="22"/>
        </w:rPr>
        <w:t>)</w:t>
      </w:r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pessoa</w:t>
      </w:r>
      <w:proofErr w:type="spellEnd"/>
      <w:r w:rsidR="00C7798D" w:rsidRPr="00225AA3">
        <w:rPr>
          <w:rFonts w:ascii="Palatino Linotype" w:hAnsi="Palatino Linotype"/>
          <w:sz w:val="22"/>
        </w:rPr>
        <w:t>(</w:t>
      </w:r>
      <w:r w:rsidRPr="00225AA3">
        <w:rPr>
          <w:rFonts w:ascii="Palatino Linotype" w:hAnsi="Palatino Linotype"/>
          <w:sz w:val="22"/>
        </w:rPr>
        <w:t>s</w:t>
      </w:r>
      <w:r w:rsidR="00C7798D" w:rsidRPr="00225AA3">
        <w:rPr>
          <w:rFonts w:ascii="Palatino Linotype" w:hAnsi="Palatino Linotype"/>
          <w:sz w:val="22"/>
        </w:rPr>
        <w:t>)</w:t>
      </w:r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abaixo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identificada</w:t>
      </w:r>
      <w:proofErr w:type="spellEnd"/>
      <w:r w:rsidR="00C7798D" w:rsidRPr="00225AA3">
        <w:rPr>
          <w:rFonts w:ascii="Palatino Linotype" w:hAnsi="Palatino Linotype"/>
          <w:sz w:val="22"/>
        </w:rPr>
        <w:t>(</w:t>
      </w:r>
      <w:r w:rsidRPr="00225AA3">
        <w:rPr>
          <w:rFonts w:ascii="Palatino Linotype" w:hAnsi="Palatino Linotype"/>
          <w:sz w:val="22"/>
        </w:rPr>
        <w:t>s</w:t>
      </w:r>
      <w:r w:rsidR="00C7798D" w:rsidRPr="00225AA3">
        <w:rPr>
          <w:rFonts w:ascii="Palatino Linotype" w:hAnsi="Palatino Linotype"/>
          <w:sz w:val="22"/>
        </w:rPr>
        <w:t>)</w:t>
      </w:r>
      <w:r w:rsidRPr="00225AA3">
        <w:rPr>
          <w:rFonts w:ascii="Palatino Linotype" w:hAnsi="Palatino Linotype"/>
          <w:sz w:val="22"/>
        </w:rPr>
        <w:t xml:space="preserve">, </w:t>
      </w:r>
      <w:proofErr w:type="spellStart"/>
      <w:r w:rsidRPr="00225AA3">
        <w:rPr>
          <w:rFonts w:ascii="Palatino Linotype" w:hAnsi="Palatino Linotype"/>
          <w:sz w:val="22"/>
        </w:rPr>
        <w:t>por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meio</w:t>
      </w:r>
      <w:proofErr w:type="spellEnd"/>
      <w:r w:rsidRPr="00225AA3">
        <w:rPr>
          <w:rFonts w:ascii="Palatino Linotype" w:hAnsi="Palatino Linotype"/>
          <w:sz w:val="22"/>
        </w:rPr>
        <w:t xml:space="preserve"> da </w:t>
      </w:r>
      <w:proofErr w:type="spellStart"/>
      <w:r w:rsidRPr="00225AA3">
        <w:rPr>
          <w:rFonts w:ascii="Palatino Linotype" w:hAnsi="Palatino Linotype"/>
          <w:sz w:val="22"/>
        </w:rPr>
        <w:t>assinatura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deste</w:t>
      </w:r>
      <w:proofErr w:type="spellEnd"/>
      <w:r w:rsidRPr="00225AA3">
        <w:rPr>
          <w:rFonts w:ascii="Palatino Linotype" w:hAnsi="Palatino Linotype"/>
          <w:sz w:val="22"/>
        </w:rPr>
        <w:t xml:space="preserve"> termo, </w:t>
      </w:r>
      <w:r w:rsidRPr="00225AA3">
        <w:rPr>
          <w:rFonts w:ascii="Palatino Linotype" w:hAnsi="Palatino Linotype"/>
          <w:b/>
          <w:sz w:val="22"/>
        </w:rPr>
        <w:t>AUTORIZA</w:t>
      </w:r>
      <w:r w:rsidR="00C7798D" w:rsidRPr="00225AA3">
        <w:rPr>
          <w:rFonts w:ascii="Palatino Linotype" w:hAnsi="Palatino Linotype"/>
          <w:b/>
          <w:sz w:val="22"/>
        </w:rPr>
        <w:t>(</w:t>
      </w:r>
      <w:r w:rsidRPr="00225AA3">
        <w:rPr>
          <w:rFonts w:ascii="Palatino Linotype" w:hAnsi="Palatino Linotype"/>
          <w:b/>
          <w:sz w:val="22"/>
        </w:rPr>
        <w:t>M</w:t>
      </w:r>
      <w:r w:rsidR="00C7798D" w:rsidRPr="00225AA3">
        <w:rPr>
          <w:rFonts w:ascii="Palatino Linotype" w:hAnsi="Palatino Linotype"/>
          <w:b/>
          <w:sz w:val="22"/>
        </w:rPr>
        <w:t>)</w:t>
      </w:r>
      <w:r w:rsidRPr="00225AA3">
        <w:rPr>
          <w:rFonts w:ascii="Palatino Linotype" w:hAnsi="Palatino Linotype"/>
          <w:bCs/>
          <w:sz w:val="22"/>
        </w:rPr>
        <w:t>, de forma livre, expressa, informada e inequívoca,</w:t>
      </w:r>
      <w:r w:rsidRPr="00225AA3">
        <w:rPr>
          <w:rFonts w:ascii="Palatino Linotype" w:hAnsi="Palatino Linotype"/>
          <w:sz w:val="22"/>
        </w:rPr>
        <w:t xml:space="preserve"> a Pró-Reitoria de Extensão Universitária e Cultura da </w:t>
      </w:r>
      <w:proofErr w:type="spellStart"/>
      <w:r w:rsidRPr="00225AA3">
        <w:rPr>
          <w:rFonts w:ascii="Palatino Linotype" w:hAnsi="Palatino Linotype"/>
          <w:sz w:val="22"/>
        </w:rPr>
        <w:t>Universidade</w:t>
      </w:r>
      <w:proofErr w:type="spellEnd"/>
      <w:r w:rsidRPr="00225AA3">
        <w:rPr>
          <w:rFonts w:ascii="Palatino Linotype" w:hAnsi="Palatino Linotype"/>
          <w:sz w:val="22"/>
        </w:rPr>
        <w:t xml:space="preserve"> Estadual Paulista (</w:t>
      </w:r>
      <w:proofErr w:type="spellStart"/>
      <w:r w:rsidRPr="00225AA3">
        <w:rPr>
          <w:rFonts w:ascii="Palatino Linotype" w:hAnsi="Palatino Linotype"/>
          <w:sz w:val="22"/>
        </w:rPr>
        <w:t>Proec</w:t>
      </w:r>
      <w:proofErr w:type="spellEnd"/>
      <w:r w:rsidR="00C7798D" w:rsidRPr="00225AA3">
        <w:rPr>
          <w:rFonts w:ascii="Palatino Linotype" w:hAnsi="Palatino Linotype"/>
          <w:sz w:val="22"/>
        </w:rPr>
        <w:t xml:space="preserve"> </w:t>
      </w:r>
      <w:r w:rsidRPr="00225AA3">
        <w:rPr>
          <w:rFonts w:ascii="Palatino Linotype" w:hAnsi="Palatino Linotype"/>
          <w:sz w:val="22"/>
        </w:rPr>
        <w:t>/</w:t>
      </w:r>
      <w:proofErr w:type="spellStart"/>
      <w:r w:rsidRPr="00225AA3">
        <w:rPr>
          <w:rFonts w:ascii="Palatino Linotype" w:hAnsi="Palatino Linotype"/>
          <w:sz w:val="22"/>
        </w:rPr>
        <w:t>Unesp</w:t>
      </w:r>
      <w:proofErr w:type="spellEnd"/>
      <w:r w:rsidRPr="00225AA3">
        <w:rPr>
          <w:rFonts w:ascii="Palatino Linotype" w:hAnsi="Palatino Linotype"/>
          <w:sz w:val="22"/>
        </w:rPr>
        <w:t xml:space="preserve">), </w:t>
      </w:r>
      <w:proofErr w:type="spellStart"/>
      <w:r w:rsidRPr="00225AA3">
        <w:rPr>
          <w:rFonts w:ascii="Palatino Linotype" w:hAnsi="Palatino Linotype"/>
          <w:sz w:val="22"/>
        </w:rPr>
        <w:t>editora</w:t>
      </w:r>
      <w:proofErr w:type="spellEnd"/>
      <w:r w:rsidRPr="00225AA3">
        <w:rPr>
          <w:rFonts w:ascii="Palatino Linotype" w:hAnsi="Palatino Linotype"/>
          <w:sz w:val="22"/>
        </w:rPr>
        <w:t xml:space="preserve"> da </w:t>
      </w:r>
      <w:r w:rsidRPr="00225AA3">
        <w:rPr>
          <w:rFonts w:ascii="Palatino Linotype" w:hAnsi="Palatino Linotype"/>
          <w:i/>
          <w:iCs/>
          <w:sz w:val="22"/>
        </w:rPr>
        <w:t>Revista Ciência em Extensão</w:t>
      </w:r>
      <w:r w:rsidRPr="00225AA3">
        <w:rPr>
          <w:rFonts w:ascii="Palatino Linotype" w:hAnsi="Palatino Linotype"/>
          <w:sz w:val="22"/>
        </w:rPr>
        <w:t xml:space="preserve"> (</w:t>
      </w:r>
      <w:r w:rsidRPr="00225AA3">
        <w:rPr>
          <w:rFonts w:ascii="Palatino Linotype" w:hAnsi="Palatino Linotype"/>
          <w:i/>
          <w:iCs/>
          <w:sz w:val="22"/>
        </w:rPr>
        <w:t>RCE</w:t>
      </w:r>
      <w:r w:rsidRPr="00225AA3">
        <w:rPr>
          <w:rFonts w:ascii="Palatino Linotype" w:hAnsi="Palatino Linotype"/>
          <w:sz w:val="22"/>
        </w:rPr>
        <w:t xml:space="preserve">), a </w:t>
      </w:r>
      <w:proofErr w:type="spellStart"/>
      <w:r w:rsidRPr="00225AA3">
        <w:rPr>
          <w:rFonts w:ascii="Palatino Linotype" w:hAnsi="Palatino Linotype"/>
          <w:sz w:val="22"/>
        </w:rPr>
        <w:t>utilizar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suas</w:t>
      </w:r>
      <w:proofErr w:type="spellEnd"/>
      <w:r w:rsidRPr="00225AA3">
        <w:rPr>
          <w:rFonts w:ascii="Palatino Linotype" w:hAnsi="Palatino Linotype"/>
          <w:sz w:val="22"/>
        </w:rPr>
        <w:t xml:space="preserve"> imagens </w:t>
      </w:r>
      <w:proofErr w:type="spellStart"/>
      <w:r w:rsidR="00AF769A">
        <w:rPr>
          <w:rFonts w:ascii="Palatino Linotype" w:hAnsi="Palatino Linotype"/>
          <w:sz w:val="22"/>
        </w:rPr>
        <w:t>em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fotografia</w:t>
      </w:r>
      <w:proofErr w:type="spellEnd"/>
      <w:r w:rsidR="00AF769A">
        <w:rPr>
          <w:rFonts w:ascii="Palatino Linotype" w:hAnsi="Palatino Linotype"/>
          <w:sz w:val="22"/>
        </w:rPr>
        <w:t>(</w:t>
      </w:r>
      <w:r w:rsidRPr="00225AA3">
        <w:rPr>
          <w:rFonts w:ascii="Palatino Linotype" w:hAnsi="Palatino Linotype"/>
          <w:sz w:val="22"/>
        </w:rPr>
        <w:t>s</w:t>
      </w:r>
      <w:r w:rsidR="00AF769A">
        <w:rPr>
          <w:rFonts w:ascii="Palatino Linotype" w:hAnsi="Palatino Linotype"/>
          <w:sz w:val="22"/>
        </w:rPr>
        <w:t>)</w:t>
      </w:r>
      <w:r w:rsidRPr="00225AA3">
        <w:rPr>
          <w:rFonts w:ascii="Palatino Linotype" w:hAnsi="Palatino Linotype"/>
          <w:sz w:val="22"/>
        </w:rPr>
        <w:t xml:space="preserve">, </w:t>
      </w:r>
      <w:proofErr w:type="spellStart"/>
      <w:r w:rsidR="00AF769A">
        <w:rPr>
          <w:rFonts w:ascii="Palatino Linotype" w:hAnsi="Palatino Linotype"/>
          <w:sz w:val="22"/>
        </w:rPr>
        <w:t>v</w:t>
      </w:r>
      <w:r w:rsidR="005D2599">
        <w:rPr>
          <w:rFonts w:ascii="Palatino Linotype" w:hAnsi="Palatino Linotype"/>
          <w:sz w:val="22"/>
        </w:rPr>
        <w:t>í</w:t>
      </w:r>
      <w:r w:rsidR="00AF769A">
        <w:rPr>
          <w:rFonts w:ascii="Palatino Linotype" w:hAnsi="Palatino Linotype"/>
          <w:sz w:val="22"/>
        </w:rPr>
        <w:t>deo</w:t>
      </w:r>
      <w:proofErr w:type="spellEnd"/>
      <w:r w:rsidR="00AF769A">
        <w:rPr>
          <w:rFonts w:ascii="Palatino Linotype" w:hAnsi="Palatino Linotype"/>
          <w:sz w:val="22"/>
        </w:rPr>
        <w:t>(</w:t>
      </w:r>
      <w:r w:rsidRPr="00225AA3">
        <w:rPr>
          <w:rFonts w:ascii="Palatino Linotype" w:hAnsi="Palatino Linotype"/>
          <w:sz w:val="22"/>
        </w:rPr>
        <w:t>s</w:t>
      </w:r>
      <w:r w:rsidR="00AF769A">
        <w:rPr>
          <w:rFonts w:ascii="Palatino Linotype" w:hAnsi="Palatino Linotype"/>
          <w:sz w:val="22"/>
        </w:rPr>
        <w:t>)</w:t>
      </w:r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ou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demais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registros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audiovisuais</w:t>
      </w:r>
      <w:proofErr w:type="spellEnd"/>
      <w:r w:rsidR="00AF769A">
        <w:rPr>
          <w:rStyle w:val="Refdenotaderodap"/>
          <w:rFonts w:ascii="Palatino Linotype" w:hAnsi="Palatino Linotype"/>
          <w:sz w:val="22"/>
        </w:rPr>
        <w:footnoteReference w:id="1"/>
      </w:r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produzidos</w:t>
      </w:r>
      <w:proofErr w:type="spellEnd"/>
      <w:r w:rsidRPr="00225AA3">
        <w:rPr>
          <w:rFonts w:ascii="Palatino Linotype" w:hAnsi="Palatino Linotype"/>
          <w:sz w:val="22"/>
        </w:rPr>
        <w:t xml:space="preserve"> no </w:t>
      </w:r>
      <w:proofErr w:type="spellStart"/>
      <w:r w:rsidRPr="00225AA3">
        <w:rPr>
          <w:rFonts w:ascii="Palatino Linotype" w:hAnsi="Palatino Linotype"/>
          <w:sz w:val="22"/>
        </w:rPr>
        <w:t>contexto</w:t>
      </w:r>
      <w:proofErr w:type="spellEnd"/>
      <w:r w:rsidRPr="00225AA3">
        <w:rPr>
          <w:rFonts w:ascii="Palatino Linotype" w:hAnsi="Palatino Linotype"/>
          <w:sz w:val="22"/>
        </w:rPr>
        <w:t xml:space="preserve"> da </w:t>
      </w:r>
      <w:proofErr w:type="spellStart"/>
      <w:r w:rsidRPr="00225AA3">
        <w:rPr>
          <w:rFonts w:ascii="Palatino Linotype" w:hAnsi="Palatino Linotype"/>
          <w:sz w:val="22"/>
        </w:rPr>
        <w:t>pesquisa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ou</w:t>
      </w:r>
      <w:proofErr w:type="spellEnd"/>
      <w:r w:rsidR="00AF769A">
        <w:rPr>
          <w:rFonts w:ascii="Palatino Linotype" w:hAnsi="Palatino Linotype"/>
          <w:sz w:val="22"/>
        </w:rPr>
        <w:t xml:space="preserve"> da</w:t>
      </w:r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atividade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extensionista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intitulada</w:t>
      </w:r>
      <w:proofErr w:type="spellEnd"/>
      <w:r w:rsidRPr="00225AA3">
        <w:rPr>
          <w:rFonts w:ascii="Palatino Linotype" w:hAnsi="Palatino Linotype"/>
          <w:sz w:val="22"/>
        </w:rPr>
        <w:t>:</w:t>
      </w:r>
    </w:p>
    <w:p w14:paraId="05618E4D" w14:textId="77777777" w:rsidR="00225AA3" w:rsidRPr="00225AA3" w:rsidRDefault="00225AA3" w:rsidP="00B631AE">
      <w:pPr>
        <w:spacing w:after="0"/>
        <w:jc w:val="both"/>
        <w:rPr>
          <w:rFonts w:ascii="Palatino Linotype" w:hAnsi="Palatino Linotype"/>
          <w:sz w:val="22"/>
        </w:rPr>
      </w:pPr>
    </w:p>
    <w:p w14:paraId="1C5F04FD" w14:textId="55CBDCC7" w:rsidR="00712F1E" w:rsidRPr="00225AA3" w:rsidRDefault="00000000" w:rsidP="00C7798D">
      <w:pPr>
        <w:spacing w:before="240" w:after="80"/>
        <w:jc w:val="both"/>
        <w:rPr>
          <w:rFonts w:ascii="Palatino Linotype" w:hAnsi="Palatino Linotype"/>
          <w:sz w:val="22"/>
        </w:rPr>
      </w:pPr>
      <w:r w:rsidRPr="00225AA3">
        <w:rPr>
          <w:rFonts w:ascii="Palatino Linotype" w:hAnsi="Palatino Linotype"/>
          <w:sz w:val="22"/>
        </w:rPr>
        <w:t>________________________________________________________________________________</w:t>
      </w:r>
      <w:r w:rsidR="00225AA3">
        <w:rPr>
          <w:rFonts w:ascii="Palatino Linotype" w:hAnsi="Palatino Linotype"/>
          <w:sz w:val="22"/>
        </w:rPr>
        <w:t>_____</w:t>
      </w:r>
    </w:p>
    <w:p w14:paraId="044F0D32" w14:textId="77777777" w:rsidR="00712F1E" w:rsidRDefault="00000000" w:rsidP="00C7798D">
      <w:pPr>
        <w:spacing w:after="80"/>
        <w:jc w:val="both"/>
        <w:rPr>
          <w:rFonts w:ascii="Palatino Linotype" w:hAnsi="Palatino Linotype"/>
          <w:sz w:val="22"/>
        </w:rPr>
      </w:pPr>
      <w:r w:rsidRPr="00225AA3">
        <w:rPr>
          <w:rFonts w:ascii="Palatino Linotype" w:hAnsi="Palatino Linotype"/>
          <w:sz w:val="22"/>
        </w:rPr>
        <w:t xml:space="preserve">de </w:t>
      </w:r>
      <w:proofErr w:type="spellStart"/>
      <w:r w:rsidRPr="00225AA3">
        <w:rPr>
          <w:rFonts w:ascii="Palatino Linotype" w:hAnsi="Palatino Linotype"/>
          <w:sz w:val="22"/>
        </w:rPr>
        <w:t>autoria</w:t>
      </w:r>
      <w:proofErr w:type="spellEnd"/>
      <w:r w:rsidRPr="00225AA3">
        <w:rPr>
          <w:rFonts w:ascii="Palatino Linotype" w:hAnsi="Palatino Linotype"/>
          <w:sz w:val="22"/>
        </w:rPr>
        <w:t xml:space="preserve"> de:</w:t>
      </w:r>
    </w:p>
    <w:p w14:paraId="3D4915DF" w14:textId="77777777" w:rsidR="00225AA3" w:rsidRPr="00225AA3" w:rsidRDefault="00225AA3" w:rsidP="00B631AE">
      <w:pPr>
        <w:spacing w:after="0"/>
        <w:jc w:val="both"/>
        <w:rPr>
          <w:rFonts w:ascii="Palatino Linotype" w:hAnsi="Palatino Linotype"/>
          <w:sz w:val="22"/>
        </w:rPr>
      </w:pPr>
    </w:p>
    <w:p w14:paraId="296C1319" w14:textId="278E25AA" w:rsidR="00225AA3" w:rsidRPr="00225AA3" w:rsidRDefault="00000000" w:rsidP="00C7798D">
      <w:pPr>
        <w:spacing w:before="240" w:after="160"/>
        <w:jc w:val="both"/>
        <w:rPr>
          <w:rFonts w:ascii="Palatino Linotype" w:hAnsi="Palatino Linotype"/>
          <w:sz w:val="22"/>
        </w:rPr>
      </w:pPr>
      <w:r w:rsidRPr="00225AA3">
        <w:rPr>
          <w:rFonts w:ascii="Palatino Linotype" w:hAnsi="Palatino Linotype"/>
          <w:sz w:val="22"/>
        </w:rPr>
        <w:t>________________________________________________________________________________</w:t>
      </w:r>
      <w:r w:rsidR="00225AA3">
        <w:rPr>
          <w:rFonts w:ascii="Palatino Linotype" w:hAnsi="Palatino Linotype"/>
          <w:sz w:val="22"/>
        </w:rPr>
        <w:t>_____</w:t>
      </w:r>
    </w:p>
    <w:p w14:paraId="20E44541" w14:textId="77777777" w:rsidR="00225AA3" w:rsidRPr="00225AA3" w:rsidRDefault="00225AA3" w:rsidP="00C7798D">
      <w:pPr>
        <w:spacing w:after="160"/>
        <w:jc w:val="both"/>
        <w:rPr>
          <w:rFonts w:ascii="Palatino Linotype" w:hAnsi="Palatino Linotype"/>
          <w:sz w:val="22"/>
        </w:rPr>
      </w:pPr>
    </w:p>
    <w:p w14:paraId="09C0A34A" w14:textId="0B26997E" w:rsidR="00712F1E" w:rsidRPr="00225AA3" w:rsidRDefault="00000000" w:rsidP="00225AA3">
      <w:pPr>
        <w:pStyle w:val="PargrafodaLista"/>
        <w:numPr>
          <w:ilvl w:val="0"/>
          <w:numId w:val="11"/>
        </w:numPr>
        <w:spacing w:before="80"/>
        <w:jc w:val="both"/>
        <w:rPr>
          <w:rFonts w:ascii="Palatino Linotype" w:hAnsi="Palatino Linotype"/>
          <w:sz w:val="22"/>
        </w:rPr>
      </w:pPr>
      <w:r w:rsidRPr="00225AA3">
        <w:rPr>
          <w:rFonts w:ascii="Palatino Linotype" w:hAnsi="Palatino Linotype"/>
          <w:b/>
          <w:sz w:val="22"/>
        </w:rPr>
        <w:t>FINALIDADE E MEIOS DE UTILIZAÇÃO</w:t>
      </w:r>
    </w:p>
    <w:p w14:paraId="3E44FE10" w14:textId="77777777" w:rsidR="00712F1E" w:rsidRPr="00225AA3" w:rsidRDefault="00000000" w:rsidP="00C7798D">
      <w:pPr>
        <w:jc w:val="both"/>
        <w:rPr>
          <w:rFonts w:ascii="Palatino Linotype" w:hAnsi="Palatino Linotype"/>
          <w:sz w:val="22"/>
        </w:rPr>
      </w:pPr>
      <w:r w:rsidRPr="00225AA3">
        <w:rPr>
          <w:rFonts w:ascii="Palatino Linotype" w:hAnsi="Palatino Linotype"/>
          <w:sz w:val="22"/>
        </w:rPr>
        <w:t xml:space="preserve">A presente autorização destina-se exclusivamente à divulgação científica, acadêmica, educacional, institucional e cultural da referida pesquisa ou atividade extensionista, compreendendo sua publicação na </w:t>
      </w:r>
      <w:r w:rsidRPr="00225AA3">
        <w:rPr>
          <w:rFonts w:ascii="Palatino Linotype" w:hAnsi="Palatino Linotype"/>
          <w:i/>
          <w:iCs/>
          <w:sz w:val="22"/>
        </w:rPr>
        <w:t>Revista Ciência em Extensão</w:t>
      </w:r>
      <w:r w:rsidRPr="00225AA3">
        <w:rPr>
          <w:rFonts w:ascii="Palatino Linotype" w:hAnsi="Palatino Linotype"/>
          <w:sz w:val="22"/>
        </w:rPr>
        <w:t xml:space="preserve"> e sua disponibilização em:</w:t>
      </w:r>
    </w:p>
    <w:p w14:paraId="77D37DC8" w14:textId="139524FF" w:rsidR="00712F1E" w:rsidRPr="00225AA3" w:rsidRDefault="00000000" w:rsidP="00B4582F">
      <w:pPr>
        <w:pStyle w:val="PargrafodaLista"/>
        <w:numPr>
          <w:ilvl w:val="0"/>
          <w:numId w:val="10"/>
        </w:numPr>
        <w:spacing w:before="240"/>
        <w:jc w:val="both"/>
        <w:rPr>
          <w:rFonts w:ascii="Palatino Linotype" w:hAnsi="Palatino Linotype"/>
          <w:sz w:val="22"/>
        </w:rPr>
      </w:pPr>
      <w:proofErr w:type="spellStart"/>
      <w:r w:rsidRPr="00225AA3">
        <w:rPr>
          <w:rFonts w:ascii="Palatino Linotype" w:hAnsi="Palatino Linotype"/>
          <w:sz w:val="22"/>
        </w:rPr>
        <w:t>versão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eletrônica</w:t>
      </w:r>
      <w:proofErr w:type="spellEnd"/>
      <w:r w:rsidRPr="00225AA3">
        <w:rPr>
          <w:rFonts w:ascii="Palatino Linotype" w:hAnsi="Palatino Linotype"/>
          <w:sz w:val="22"/>
        </w:rPr>
        <w:t xml:space="preserve"> da </w:t>
      </w:r>
      <w:proofErr w:type="spellStart"/>
      <w:r w:rsidRPr="00225AA3">
        <w:rPr>
          <w:rFonts w:ascii="Palatino Linotype" w:hAnsi="Palatino Linotype"/>
          <w:sz w:val="22"/>
        </w:rPr>
        <w:t>revista</w:t>
      </w:r>
      <w:proofErr w:type="spellEnd"/>
      <w:r w:rsidRPr="00225AA3">
        <w:rPr>
          <w:rFonts w:ascii="Palatino Linotype" w:hAnsi="Palatino Linotype"/>
          <w:sz w:val="22"/>
        </w:rPr>
        <w:t>;</w:t>
      </w:r>
    </w:p>
    <w:p w14:paraId="078D56EC" w14:textId="331E4ABF" w:rsidR="00712F1E" w:rsidRPr="00225AA3" w:rsidRDefault="00000000" w:rsidP="00C7798D">
      <w:pPr>
        <w:pStyle w:val="PargrafodaLista"/>
        <w:numPr>
          <w:ilvl w:val="0"/>
          <w:numId w:val="10"/>
        </w:numPr>
        <w:jc w:val="both"/>
        <w:rPr>
          <w:rFonts w:ascii="Palatino Linotype" w:hAnsi="Palatino Linotype"/>
          <w:sz w:val="22"/>
        </w:rPr>
      </w:pPr>
      <w:proofErr w:type="spellStart"/>
      <w:r w:rsidRPr="00225AA3">
        <w:rPr>
          <w:rFonts w:ascii="Palatino Linotype" w:hAnsi="Palatino Linotype"/>
          <w:sz w:val="22"/>
        </w:rPr>
        <w:t>repositórios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institucionais</w:t>
      </w:r>
      <w:proofErr w:type="spellEnd"/>
      <w:r w:rsidRPr="00225AA3">
        <w:rPr>
          <w:rFonts w:ascii="Palatino Linotype" w:hAnsi="Palatino Linotype"/>
          <w:sz w:val="22"/>
        </w:rPr>
        <w:t>;</w:t>
      </w:r>
    </w:p>
    <w:p w14:paraId="544C598D" w14:textId="05F427A8" w:rsidR="00712F1E" w:rsidRPr="00225AA3" w:rsidRDefault="00000000" w:rsidP="00C7798D">
      <w:pPr>
        <w:pStyle w:val="PargrafodaLista"/>
        <w:numPr>
          <w:ilvl w:val="0"/>
          <w:numId w:val="10"/>
        </w:numPr>
        <w:jc w:val="both"/>
        <w:rPr>
          <w:rFonts w:ascii="Palatino Linotype" w:hAnsi="Palatino Linotype"/>
          <w:sz w:val="22"/>
        </w:rPr>
      </w:pPr>
      <w:r w:rsidRPr="00225AA3">
        <w:rPr>
          <w:rFonts w:ascii="Palatino Linotype" w:hAnsi="Palatino Linotype"/>
          <w:sz w:val="22"/>
        </w:rPr>
        <w:t xml:space="preserve">bases de </w:t>
      </w:r>
      <w:proofErr w:type="spellStart"/>
      <w:r w:rsidRPr="00225AA3">
        <w:rPr>
          <w:rFonts w:ascii="Palatino Linotype" w:hAnsi="Palatino Linotype"/>
          <w:sz w:val="22"/>
        </w:rPr>
        <w:t>indexação</w:t>
      </w:r>
      <w:proofErr w:type="spellEnd"/>
      <w:r w:rsidRPr="00225AA3">
        <w:rPr>
          <w:rFonts w:ascii="Palatino Linotype" w:hAnsi="Palatino Linotype"/>
          <w:sz w:val="22"/>
        </w:rPr>
        <w:t>;</w:t>
      </w:r>
    </w:p>
    <w:p w14:paraId="10144A72" w14:textId="2B53F3B7" w:rsidR="00712F1E" w:rsidRPr="00225AA3" w:rsidRDefault="00000000" w:rsidP="00C7798D">
      <w:pPr>
        <w:pStyle w:val="PargrafodaLista"/>
        <w:numPr>
          <w:ilvl w:val="0"/>
          <w:numId w:val="10"/>
        </w:numPr>
        <w:jc w:val="both"/>
        <w:rPr>
          <w:rFonts w:ascii="Palatino Linotype" w:hAnsi="Palatino Linotype"/>
          <w:sz w:val="22"/>
        </w:rPr>
      </w:pPr>
      <w:proofErr w:type="spellStart"/>
      <w:r w:rsidRPr="00225AA3">
        <w:rPr>
          <w:rFonts w:ascii="Palatino Linotype" w:hAnsi="Palatino Linotype"/>
          <w:sz w:val="22"/>
        </w:rPr>
        <w:t>sistemas</w:t>
      </w:r>
      <w:proofErr w:type="spellEnd"/>
      <w:r w:rsidRPr="00225AA3">
        <w:rPr>
          <w:rFonts w:ascii="Palatino Linotype" w:hAnsi="Palatino Linotype"/>
          <w:sz w:val="22"/>
        </w:rPr>
        <w:t xml:space="preserve"> de </w:t>
      </w:r>
      <w:proofErr w:type="spellStart"/>
      <w:r w:rsidRPr="00225AA3">
        <w:rPr>
          <w:rFonts w:ascii="Palatino Linotype" w:hAnsi="Palatino Linotype"/>
          <w:sz w:val="22"/>
        </w:rPr>
        <w:t>preservação</w:t>
      </w:r>
      <w:proofErr w:type="spellEnd"/>
      <w:r w:rsidRPr="00225AA3">
        <w:rPr>
          <w:rFonts w:ascii="Palatino Linotype" w:hAnsi="Palatino Linotype"/>
          <w:sz w:val="22"/>
        </w:rPr>
        <w:t xml:space="preserve"> digital;</w:t>
      </w:r>
    </w:p>
    <w:p w14:paraId="057D30EA" w14:textId="77777777" w:rsidR="00C7798D" w:rsidRPr="00225AA3" w:rsidRDefault="00000000" w:rsidP="00C7798D">
      <w:pPr>
        <w:pStyle w:val="PargrafodaLista"/>
        <w:numPr>
          <w:ilvl w:val="0"/>
          <w:numId w:val="10"/>
        </w:numPr>
        <w:jc w:val="both"/>
        <w:rPr>
          <w:rFonts w:ascii="Palatino Linotype" w:hAnsi="Palatino Linotype"/>
          <w:sz w:val="22"/>
        </w:rPr>
      </w:pPr>
      <w:proofErr w:type="spellStart"/>
      <w:r w:rsidRPr="00225AA3">
        <w:rPr>
          <w:rFonts w:ascii="Palatino Linotype" w:hAnsi="Palatino Linotype"/>
          <w:sz w:val="22"/>
        </w:rPr>
        <w:t>materiais</w:t>
      </w:r>
      <w:proofErr w:type="spellEnd"/>
      <w:r w:rsidRPr="00225AA3">
        <w:rPr>
          <w:rFonts w:ascii="Palatino Linotype" w:hAnsi="Palatino Linotype"/>
          <w:sz w:val="22"/>
        </w:rPr>
        <w:t xml:space="preserve"> de </w:t>
      </w:r>
      <w:proofErr w:type="spellStart"/>
      <w:r w:rsidRPr="00225AA3">
        <w:rPr>
          <w:rFonts w:ascii="Palatino Linotype" w:hAnsi="Palatino Linotype"/>
          <w:sz w:val="22"/>
        </w:rPr>
        <w:t>divulgação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institucional</w:t>
      </w:r>
      <w:proofErr w:type="spellEnd"/>
      <w:r w:rsidRPr="00225AA3">
        <w:rPr>
          <w:rFonts w:ascii="Palatino Linotype" w:hAnsi="Palatino Linotype"/>
          <w:sz w:val="22"/>
        </w:rPr>
        <w:t xml:space="preserve"> da </w:t>
      </w:r>
      <w:proofErr w:type="spellStart"/>
      <w:r w:rsidRPr="00225AA3">
        <w:rPr>
          <w:rFonts w:ascii="Palatino Linotype" w:hAnsi="Palatino Linotype"/>
          <w:sz w:val="22"/>
        </w:rPr>
        <w:t>revista</w:t>
      </w:r>
      <w:proofErr w:type="spellEnd"/>
      <w:r w:rsidRPr="00225AA3">
        <w:rPr>
          <w:rFonts w:ascii="Palatino Linotype" w:hAnsi="Palatino Linotype"/>
          <w:sz w:val="22"/>
        </w:rPr>
        <w:t>;</w:t>
      </w:r>
    </w:p>
    <w:p w14:paraId="5965FC76" w14:textId="4AE403CD" w:rsidR="00225AA3" w:rsidRDefault="00000000" w:rsidP="00225AA3">
      <w:pPr>
        <w:pStyle w:val="PargrafodaLista"/>
        <w:numPr>
          <w:ilvl w:val="0"/>
          <w:numId w:val="10"/>
        </w:numPr>
        <w:jc w:val="both"/>
        <w:rPr>
          <w:rFonts w:ascii="Palatino Linotype" w:hAnsi="Palatino Linotype"/>
          <w:sz w:val="22"/>
        </w:rPr>
      </w:pPr>
      <w:r w:rsidRPr="00225AA3">
        <w:rPr>
          <w:rFonts w:ascii="Palatino Linotype" w:hAnsi="Palatino Linotype"/>
          <w:sz w:val="22"/>
        </w:rPr>
        <w:t xml:space="preserve">outros </w:t>
      </w:r>
      <w:proofErr w:type="spellStart"/>
      <w:r w:rsidRPr="00225AA3">
        <w:rPr>
          <w:rFonts w:ascii="Palatino Linotype" w:hAnsi="Palatino Linotype"/>
          <w:sz w:val="22"/>
        </w:rPr>
        <w:t>meios</w:t>
      </w:r>
      <w:proofErr w:type="spellEnd"/>
      <w:r w:rsidRPr="00225AA3">
        <w:rPr>
          <w:rFonts w:ascii="Palatino Linotype" w:hAnsi="Palatino Linotype"/>
          <w:sz w:val="22"/>
        </w:rPr>
        <w:t xml:space="preserve"> de </w:t>
      </w:r>
      <w:proofErr w:type="spellStart"/>
      <w:r w:rsidRPr="00225AA3">
        <w:rPr>
          <w:rFonts w:ascii="Palatino Linotype" w:hAnsi="Palatino Linotype"/>
          <w:sz w:val="22"/>
        </w:rPr>
        <w:t>comunicação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científica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relacionados</w:t>
      </w:r>
      <w:proofErr w:type="spellEnd"/>
      <w:r w:rsidRPr="00225AA3">
        <w:rPr>
          <w:rFonts w:ascii="Palatino Linotype" w:hAnsi="Palatino Linotype"/>
          <w:sz w:val="22"/>
        </w:rPr>
        <w:t xml:space="preserve"> à </w:t>
      </w:r>
      <w:proofErr w:type="spellStart"/>
      <w:r w:rsidRPr="00225AA3">
        <w:rPr>
          <w:rFonts w:ascii="Palatino Linotype" w:hAnsi="Palatino Linotype"/>
          <w:sz w:val="22"/>
        </w:rPr>
        <w:t>publicação</w:t>
      </w:r>
      <w:proofErr w:type="spellEnd"/>
      <w:r w:rsidRPr="00225AA3">
        <w:rPr>
          <w:rFonts w:ascii="Palatino Linotype" w:hAnsi="Palatino Linotype"/>
          <w:sz w:val="22"/>
        </w:rPr>
        <w:t>.</w:t>
      </w:r>
    </w:p>
    <w:p w14:paraId="43B75F8D" w14:textId="6CD96C73" w:rsidR="00B229C0" w:rsidRDefault="00B229C0">
      <w:pPr>
        <w:spacing w:after="200"/>
        <w:rPr>
          <w:rFonts w:ascii="Palatino Linotype" w:hAnsi="Palatino Linotype"/>
          <w:b/>
          <w:sz w:val="22"/>
        </w:rPr>
      </w:pPr>
    </w:p>
    <w:p w14:paraId="1572547C" w14:textId="77777777" w:rsidR="00AF769A" w:rsidRDefault="00AF769A">
      <w:pPr>
        <w:spacing w:after="200"/>
        <w:rPr>
          <w:rFonts w:ascii="Palatino Linotype" w:hAnsi="Palatino Linotype"/>
          <w:b/>
          <w:sz w:val="22"/>
        </w:rPr>
      </w:pPr>
      <w:r>
        <w:rPr>
          <w:rFonts w:ascii="Palatino Linotype" w:hAnsi="Palatino Linotype"/>
          <w:b/>
          <w:sz w:val="22"/>
        </w:rPr>
        <w:br w:type="page"/>
      </w:r>
    </w:p>
    <w:p w14:paraId="54F4C6B1" w14:textId="5E2A3CFB" w:rsidR="00B4582F" w:rsidRDefault="00000000" w:rsidP="00B4582F">
      <w:pPr>
        <w:pStyle w:val="PargrafodaLista"/>
        <w:numPr>
          <w:ilvl w:val="0"/>
          <w:numId w:val="11"/>
        </w:numPr>
        <w:spacing w:after="240"/>
        <w:ind w:left="714" w:hanging="357"/>
        <w:jc w:val="both"/>
        <w:rPr>
          <w:rFonts w:ascii="Palatino Linotype" w:hAnsi="Palatino Linotype"/>
          <w:b/>
          <w:sz w:val="22"/>
        </w:rPr>
      </w:pPr>
      <w:r w:rsidRPr="00225AA3">
        <w:rPr>
          <w:rFonts w:ascii="Palatino Linotype" w:hAnsi="Palatino Linotype"/>
          <w:b/>
          <w:sz w:val="22"/>
        </w:rPr>
        <w:lastRenderedPageBreak/>
        <w:t>CONDIÇÕES DA AUTORIZAÇÃO</w:t>
      </w:r>
    </w:p>
    <w:p w14:paraId="510A42E8" w14:textId="77777777" w:rsidR="00B4582F" w:rsidRPr="00B4582F" w:rsidRDefault="00B4582F" w:rsidP="00B4582F">
      <w:pPr>
        <w:pStyle w:val="PargrafodaLista"/>
        <w:spacing w:after="240"/>
        <w:ind w:left="714"/>
        <w:jc w:val="both"/>
        <w:rPr>
          <w:rFonts w:ascii="Palatino Linotype" w:hAnsi="Palatino Linotype"/>
          <w:b/>
          <w:sz w:val="22"/>
        </w:rPr>
      </w:pPr>
    </w:p>
    <w:p w14:paraId="733C703C" w14:textId="533A9092" w:rsidR="00225AA3" w:rsidRPr="00B4582F" w:rsidRDefault="00000000" w:rsidP="00B4582F">
      <w:pPr>
        <w:pStyle w:val="PargrafodaLista"/>
        <w:numPr>
          <w:ilvl w:val="0"/>
          <w:numId w:val="12"/>
        </w:numPr>
        <w:spacing w:before="240"/>
        <w:jc w:val="both"/>
        <w:rPr>
          <w:rFonts w:ascii="Palatino Linotype" w:hAnsi="Palatino Linotype"/>
          <w:bCs/>
          <w:szCs w:val="21"/>
        </w:rPr>
      </w:pPr>
      <w:r w:rsidRPr="00B4582F">
        <w:rPr>
          <w:rFonts w:ascii="Palatino Linotype" w:hAnsi="Palatino Linotype"/>
          <w:bCs/>
          <w:szCs w:val="21"/>
        </w:rPr>
        <w:t xml:space="preserve">a </w:t>
      </w:r>
      <w:proofErr w:type="spellStart"/>
      <w:r w:rsidRPr="00B4582F">
        <w:rPr>
          <w:rFonts w:ascii="Palatino Linotype" w:hAnsi="Palatino Linotype"/>
          <w:bCs/>
          <w:szCs w:val="21"/>
        </w:rPr>
        <w:t>utilização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das imagens </w:t>
      </w:r>
      <w:proofErr w:type="spellStart"/>
      <w:r w:rsidRPr="00B4582F">
        <w:rPr>
          <w:rFonts w:ascii="Palatino Linotype" w:hAnsi="Palatino Linotype"/>
          <w:bCs/>
          <w:szCs w:val="21"/>
        </w:rPr>
        <w:t>ocorrerá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sem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qualquer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finalidade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comercial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direta</w:t>
      </w:r>
      <w:proofErr w:type="spellEnd"/>
      <w:r w:rsidRPr="00B4582F">
        <w:rPr>
          <w:rFonts w:ascii="Palatino Linotype" w:hAnsi="Palatino Linotype"/>
          <w:bCs/>
          <w:szCs w:val="21"/>
        </w:rPr>
        <w:t>;</w:t>
      </w:r>
    </w:p>
    <w:p w14:paraId="5C30B5A2" w14:textId="2F8DC900" w:rsidR="00225AA3" w:rsidRPr="00B4582F" w:rsidRDefault="00000000" w:rsidP="00225AA3">
      <w:pPr>
        <w:pStyle w:val="PargrafodaLista"/>
        <w:numPr>
          <w:ilvl w:val="0"/>
          <w:numId w:val="12"/>
        </w:numPr>
        <w:jc w:val="both"/>
        <w:rPr>
          <w:rFonts w:ascii="Palatino Linotype" w:hAnsi="Palatino Linotype"/>
          <w:bCs/>
          <w:szCs w:val="21"/>
        </w:rPr>
      </w:pPr>
      <w:proofErr w:type="spellStart"/>
      <w:r w:rsidRPr="00B4582F">
        <w:rPr>
          <w:rFonts w:ascii="Palatino Linotype" w:hAnsi="Palatino Linotype"/>
          <w:bCs/>
          <w:szCs w:val="21"/>
        </w:rPr>
        <w:t>esta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autorização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é </w:t>
      </w:r>
      <w:proofErr w:type="spellStart"/>
      <w:r w:rsidRPr="00B4582F">
        <w:rPr>
          <w:rFonts w:ascii="Palatino Linotype" w:hAnsi="Palatino Linotype"/>
          <w:bCs/>
          <w:szCs w:val="21"/>
        </w:rPr>
        <w:t>concedida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de forma gratuita, não gerando direito a remuneração ou indenização pela </w:t>
      </w:r>
      <w:proofErr w:type="spellStart"/>
      <w:r w:rsidRPr="00B4582F">
        <w:rPr>
          <w:rFonts w:ascii="Palatino Linotype" w:hAnsi="Palatino Linotype"/>
          <w:bCs/>
          <w:szCs w:val="21"/>
        </w:rPr>
        <w:t>utilização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das imagens </w:t>
      </w:r>
      <w:proofErr w:type="spellStart"/>
      <w:r w:rsidRPr="00B4582F">
        <w:rPr>
          <w:rFonts w:ascii="Palatino Linotype" w:hAnsi="Palatino Linotype"/>
          <w:bCs/>
          <w:szCs w:val="21"/>
        </w:rPr>
        <w:t>nos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fins </w:t>
      </w:r>
      <w:proofErr w:type="spellStart"/>
      <w:r w:rsidRPr="00B4582F">
        <w:rPr>
          <w:rFonts w:ascii="Palatino Linotype" w:hAnsi="Palatino Linotype"/>
          <w:bCs/>
          <w:szCs w:val="21"/>
        </w:rPr>
        <w:t>aqui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previstos</w:t>
      </w:r>
      <w:proofErr w:type="spellEnd"/>
      <w:r w:rsidRPr="00B4582F">
        <w:rPr>
          <w:rFonts w:ascii="Palatino Linotype" w:hAnsi="Palatino Linotype"/>
          <w:bCs/>
          <w:szCs w:val="21"/>
        </w:rPr>
        <w:t>;</w:t>
      </w:r>
    </w:p>
    <w:p w14:paraId="37FBD067" w14:textId="23F54870" w:rsidR="00225AA3" w:rsidRPr="00B4582F" w:rsidRDefault="00000000" w:rsidP="00225AA3">
      <w:pPr>
        <w:pStyle w:val="PargrafodaLista"/>
        <w:numPr>
          <w:ilvl w:val="0"/>
          <w:numId w:val="12"/>
        </w:numPr>
        <w:jc w:val="both"/>
        <w:rPr>
          <w:rFonts w:ascii="Palatino Linotype" w:hAnsi="Palatino Linotype"/>
          <w:bCs/>
          <w:szCs w:val="21"/>
        </w:rPr>
      </w:pPr>
      <w:r w:rsidRPr="00B4582F">
        <w:rPr>
          <w:rFonts w:ascii="Palatino Linotype" w:hAnsi="Palatino Linotype"/>
          <w:bCs/>
          <w:szCs w:val="21"/>
        </w:rPr>
        <w:t xml:space="preserve">as imagens </w:t>
      </w:r>
      <w:proofErr w:type="spellStart"/>
      <w:r w:rsidRPr="00B4582F">
        <w:rPr>
          <w:rFonts w:ascii="Palatino Linotype" w:hAnsi="Palatino Linotype"/>
          <w:bCs/>
          <w:szCs w:val="21"/>
        </w:rPr>
        <w:t>poderão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ser </w:t>
      </w:r>
      <w:proofErr w:type="spellStart"/>
      <w:r w:rsidRPr="00B4582F">
        <w:rPr>
          <w:rFonts w:ascii="Palatino Linotype" w:hAnsi="Palatino Linotype"/>
          <w:bCs/>
          <w:szCs w:val="21"/>
        </w:rPr>
        <w:t>reproduzidas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, </w:t>
      </w:r>
      <w:proofErr w:type="spellStart"/>
      <w:r w:rsidRPr="00B4582F">
        <w:rPr>
          <w:rFonts w:ascii="Palatino Linotype" w:hAnsi="Palatino Linotype"/>
          <w:bCs/>
          <w:szCs w:val="21"/>
        </w:rPr>
        <w:t>distribuídas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, armazenadas e disponibilizadas ao público como parte integrante da publicação científica, inclusive em </w:t>
      </w:r>
      <w:proofErr w:type="spellStart"/>
      <w:r w:rsidRPr="00B4582F">
        <w:rPr>
          <w:rFonts w:ascii="Palatino Linotype" w:hAnsi="Palatino Linotype"/>
          <w:bCs/>
          <w:szCs w:val="21"/>
        </w:rPr>
        <w:t>ambiente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digital de </w:t>
      </w:r>
      <w:proofErr w:type="spellStart"/>
      <w:r w:rsidRPr="00B4582F">
        <w:rPr>
          <w:rFonts w:ascii="Palatino Linotype" w:hAnsi="Palatino Linotype"/>
          <w:bCs/>
          <w:szCs w:val="21"/>
        </w:rPr>
        <w:t>acesso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aberto</w:t>
      </w:r>
      <w:proofErr w:type="spellEnd"/>
      <w:r w:rsidRPr="00B4582F">
        <w:rPr>
          <w:rFonts w:ascii="Palatino Linotype" w:hAnsi="Palatino Linotype"/>
          <w:bCs/>
          <w:szCs w:val="21"/>
        </w:rPr>
        <w:t>;</w:t>
      </w:r>
    </w:p>
    <w:p w14:paraId="4B60B91E" w14:textId="77777777" w:rsidR="00225AA3" w:rsidRPr="00B4582F" w:rsidRDefault="00000000" w:rsidP="00225AA3">
      <w:pPr>
        <w:pStyle w:val="PargrafodaLista"/>
        <w:numPr>
          <w:ilvl w:val="0"/>
          <w:numId w:val="12"/>
        </w:numPr>
        <w:jc w:val="both"/>
        <w:rPr>
          <w:rFonts w:ascii="Palatino Linotype" w:hAnsi="Palatino Linotype"/>
          <w:bCs/>
          <w:szCs w:val="21"/>
        </w:rPr>
      </w:pPr>
      <w:proofErr w:type="spellStart"/>
      <w:r w:rsidRPr="00B4582F">
        <w:rPr>
          <w:rFonts w:ascii="Palatino Linotype" w:hAnsi="Palatino Linotype"/>
          <w:bCs/>
          <w:szCs w:val="21"/>
        </w:rPr>
        <w:t>esta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autorização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não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transfere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direitos autorais sobre </w:t>
      </w:r>
      <w:proofErr w:type="gramStart"/>
      <w:r w:rsidRPr="00B4582F">
        <w:rPr>
          <w:rFonts w:ascii="Palatino Linotype" w:hAnsi="Palatino Linotype"/>
          <w:bCs/>
          <w:szCs w:val="21"/>
        </w:rPr>
        <w:t>a</w:t>
      </w:r>
      <w:proofErr w:type="gramEnd"/>
      <w:r w:rsidRPr="00B4582F">
        <w:rPr>
          <w:rFonts w:ascii="Palatino Linotype" w:hAnsi="Palatino Linotype"/>
          <w:bCs/>
          <w:szCs w:val="21"/>
        </w:rPr>
        <w:t xml:space="preserve"> obra científica nem </w:t>
      </w:r>
      <w:proofErr w:type="spellStart"/>
      <w:r w:rsidRPr="00B4582F">
        <w:rPr>
          <w:rFonts w:ascii="Palatino Linotype" w:hAnsi="Palatino Linotype"/>
          <w:bCs/>
          <w:szCs w:val="21"/>
        </w:rPr>
        <w:t>autoriza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usos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diversos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daqueles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previstos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neste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documento</w:t>
      </w:r>
      <w:proofErr w:type="spellEnd"/>
      <w:r w:rsidRPr="00B4582F">
        <w:rPr>
          <w:rFonts w:ascii="Palatino Linotype" w:hAnsi="Palatino Linotype"/>
          <w:bCs/>
          <w:szCs w:val="21"/>
        </w:rPr>
        <w:t>;</w:t>
      </w:r>
    </w:p>
    <w:p w14:paraId="29DED051" w14:textId="6DF9A0B0" w:rsidR="00225AA3" w:rsidRPr="00B4582F" w:rsidRDefault="00AF769A" w:rsidP="00225AA3">
      <w:pPr>
        <w:pStyle w:val="PargrafodaLista"/>
        <w:numPr>
          <w:ilvl w:val="0"/>
          <w:numId w:val="12"/>
        </w:numPr>
        <w:jc w:val="both"/>
        <w:rPr>
          <w:rFonts w:ascii="Palatino Linotype" w:hAnsi="Palatino Linotype"/>
          <w:bCs/>
          <w:szCs w:val="21"/>
        </w:rPr>
      </w:pPr>
      <w:proofErr w:type="spellStart"/>
      <w:r>
        <w:rPr>
          <w:rFonts w:ascii="Palatino Linotype" w:hAnsi="Palatino Linotype"/>
          <w:bCs/>
          <w:szCs w:val="21"/>
        </w:rPr>
        <w:t>os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dados </w:t>
      </w:r>
      <w:proofErr w:type="spellStart"/>
      <w:r w:rsidRPr="00B4582F">
        <w:rPr>
          <w:rFonts w:ascii="Palatino Linotype" w:hAnsi="Palatino Linotype"/>
          <w:bCs/>
          <w:szCs w:val="21"/>
        </w:rPr>
        <w:t>pessoais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serão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tratados pela instituição em conformidade com a Lei n</w:t>
      </w:r>
      <w:r>
        <w:rPr>
          <w:rFonts w:ascii="Palatino Linotype" w:hAnsi="Palatino Linotype"/>
          <w:bCs/>
          <w:szCs w:val="21"/>
        </w:rPr>
        <w:t>°</w:t>
      </w:r>
      <w:r w:rsidRPr="00B4582F">
        <w:rPr>
          <w:rFonts w:ascii="Palatino Linotype" w:hAnsi="Palatino Linotype"/>
          <w:bCs/>
          <w:szCs w:val="21"/>
        </w:rPr>
        <w:t xml:space="preserve"> 13.709</w:t>
      </w:r>
      <w:r>
        <w:rPr>
          <w:rFonts w:ascii="Palatino Linotype" w:hAnsi="Palatino Linotype"/>
          <w:bCs/>
          <w:szCs w:val="21"/>
        </w:rPr>
        <w:t xml:space="preserve"> </w:t>
      </w:r>
      <w:r w:rsidRPr="00B4582F">
        <w:rPr>
          <w:rFonts w:ascii="Palatino Linotype" w:hAnsi="Palatino Linotype"/>
          <w:bCs/>
          <w:szCs w:val="21"/>
        </w:rPr>
        <w:t xml:space="preserve">/2018 (Lei Geral de </w:t>
      </w:r>
      <w:proofErr w:type="spellStart"/>
      <w:r w:rsidRPr="00B4582F">
        <w:rPr>
          <w:rFonts w:ascii="Palatino Linotype" w:hAnsi="Palatino Linotype"/>
          <w:bCs/>
          <w:szCs w:val="21"/>
        </w:rPr>
        <w:t>Proteção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de Dados</w:t>
      </w:r>
      <w:r>
        <w:rPr>
          <w:rFonts w:ascii="Palatino Linotype" w:hAnsi="Palatino Linotype"/>
          <w:bCs/>
          <w:szCs w:val="21"/>
        </w:rPr>
        <w:t xml:space="preserve"> </w:t>
      </w:r>
      <w:r w:rsidRPr="00B4582F">
        <w:rPr>
          <w:rFonts w:ascii="Palatino Linotype" w:hAnsi="Palatino Linotype"/>
          <w:bCs/>
          <w:szCs w:val="21"/>
        </w:rPr>
        <w:t xml:space="preserve">– LGPD), </w:t>
      </w:r>
      <w:proofErr w:type="spellStart"/>
      <w:r w:rsidRPr="00B4582F">
        <w:rPr>
          <w:rFonts w:ascii="Palatino Linotype" w:hAnsi="Palatino Linotype"/>
          <w:bCs/>
          <w:szCs w:val="21"/>
        </w:rPr>
        <w:t>exclusivamente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para as </w:t>
      </w:r>
      <w:proofErr w:type="spellStart"/>
      <w:r w:rsidRPr="00B4582F">
        <w:rPr>
          <w:rFonts w:ascii="Palatino Linotype" w:hAnsi="Palatino Linotype"/>
          <w:bCs/>
          <w:szCs w:val="21"/>
        </w:rPr>
        <w:t>finalidades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relacionadas à </w:t>
      </w:r>
      <w:proofErr w:type="spellStart"/>
      <w:r w:rsidRPr="00B4582F">
        <w:rPr>
          <w:rFonts w:ascii="Palatino Linotype" w:hAnsi="Palatino Linotype"/>
          <w:bCs/>
          <w:szCs w:val="21"/>
        </w:rPr>
        <w:t>autorização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e à </w:t>
      </w:r>
      <w:proofErr w:type="spellStart"/>
      <w:r w:rsidRPr="00B4582F">
        <w:rPr>
          <w:rFonts w:ascii="Palatino Linotype" w:hAnsi="Palatino Linotype"/>
          <w:bCs/>
          <w:szCs w:val="21"/>
        </w:rPr>
        <w:t>publicação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científica</w:t>
      </w:r>
      <w:proofErr w:type="spellEnd"/>
      <w:r w:rsidRPr="00B4582F">
        <w:rPr>
          <w:rFonts w:ascii="Palatino Linotype" w:hAnsi="Palatino Linotype"/>
          <w:bCs/>
          <w:szCs w:val="21"/>
        </w:rPr>
        <w:t>;</w:t>
      </w:r>
    </w:p>
    <w:p w14:paraId="19078525" w14:textId="231CFB3B" w:rsidR="00712F1E" w:rsidRPr="00B4582F" w:rsidRDefault="00000000" w:rsidP="00B4582F">
      <w:pPr>
        <w:pStyle w:val="PargrafodaLista"/>
        <w:numPr>
          <w:ilvl w:val="0"/>
          <w:numId w:val="12"/>
        </w:numPr>
        <w:spacing w:after="0"/>
        <w:jc w:val="both"/>
        <w:rPr>
          <w:rFonts w:ascii="Palatino Linotype" w:hAnsi="Palatino Linotype"/>
          <w:bCs/>
          <w:szCs w:val="21"/>
        </w:rPr>
      </w:pPr>
      <w:proofErr w:type="gramStart"/>
      <w:r w:rsidRPr="00B4582F">
        <w:rPr>
          <w:rFonts w:ascii="Palatino Linotype" w:hAnsi="Palatino Linotype"/>
          <w:bCs/>
          <w:szCs w:val="21"/>
        </w:rPr>
        <w:t>a</w:t>
      </w:r>
      <w:proofErr w:type="gram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autorização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possui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</w:t>
      </w:r>
      <w:proofErr w:type="spellStart"/>
      <w:r w:rsidRPr="00B4582F">
        <w:rPr>
          <w:rFonts w:ascii="Palatino Linotype" w:hAnsi="Palatino Linotype"/>
          <w:bCs/>
          <w:szCs w:val="21"/>
        </w:rPr>
        <w:t>prazo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de vigência por todo o período em que a publicação permanecer disponibilizada em meios impressos ou digitais, considerando a natureza permanente do registro científico e as políticas de </w:t>
      </w:r>
      <w:proofErr w:type="spellStart"/>
      <w:r w:rsidRPr="00B4582F">
        <w:rPr>
          <w:rFonts w:ascii="Palatino Linotype" w:hAnsi="Palatino Linotype"/>
          <w:bCs/>
          <w:szCs w:val="21"/>
        </w:rPr>
        <w:t>preservação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digital </w:t>
      </w:r>
      <w:proofErr w:type="spellStart"/>
      <w:r w:rsidRPr="00B4582F">
        <w:rPr>
          <w:rFonts w:ascii="Palatino Linotype" w:hAnsi="Palatino Linotype"/>
          <w:bCs/>
          <w:szCs w:val="21"/>
        </w:rPr>
        <w:t>adotadas</w:t>
      </w:r>
      <w:proofErr w:type="spellEnd"/>
      <w:r w:rsidRPr="00B4582F">
        <w:rPr>
          <w:rFonts w:ascii="Palatino Linotype" w:hAnsi="Palatino Linotype"/>
          <w:bCs/>
          <w:szCs w:val="21"/>
        </w:rPr>
        <w:t xml:space="preserve"> pela </w:t>
      </w:r>
      <w:proofErr w:type="spellStart"/>
      <w:r w:rsidRPr="00B4582F">
        <w:rPr>
          <w:rFonts w:ascii="Palatino Linotype" w:hAnsi="Palatino Linotype"/>
          <w:bCs/>
          <w:szCs w:val="21"/>
        </w:rPr>
        <w:t>revista</w:t>
      </w:r>
      <w:proofErr w:type="spellEnd"/>
      <w:r w:rsidRPr="00B4582F">
        <w:rPr>
          <w:rFonts w:ascii="Palatino Linotype" w:hAnsi="Palatino Linotype"/>
          <w:bCs/>
          <w:szCs w:val="21"/>
        </w:rPr>
        <w:t>.</w:t>
      </w:r>
    </w:p>
    <w:p w14:paraId="7CA1C4F1" w14:textId="77777777" w:rsidR="00225AA3" w:rsidRPr="00225AA3" w:rsidRDefault="00225AA3" w:rsidP="00225AA3">
      <w:pPr>
        <w:ind w:left="993" w:hanging="312"/>
        <w:jc w:val="both"/>
        <w:rPr>
          <w:rFonts w:ascii="Palatino Linotype" w:hAnsi="Palatino Linotype"/>
          <w:bCs/>
          <w:sz w:val="24"/>
          <w:szCs w:val="24"/>
        </w:rPr>
      </w:pPr>
    </w:p>
    <w:p w14:paraId="508B97C9" w14:textId="5DFD37C5" w:rsidR="00712F1E" w:rsidRPr="00B4582F" w:rsidRDefault="00000000" w:rsidP="00225AA3">
      <w:pPr>
        <w:pStyle w:val="PargrafodaLista"/>
        <w:numPr>
          <w:ilvl w:val="0"/>
          <w:numId w:val="11"/>
        </w:numPr>
        <w:spacing w:before="200"/>
        <w:jc w:val="both"/>
        <w:rPr>
          <w:rFonts w:ascii="Palatino Linotype" w:hAnsi="Palatino Linotype"/>
          <w:sz w:val="22"/>
        </w:rPr>
      </w:pPr>
      <w:r w:rsidRPr="00B4582F">
        <w:rPr>
          <w:rFonts w:ascii="Palatino Linotype" w:hAnsi="Palatino Linotype"/>
          <w:b/>
          <w:sz w:val="22"/>
        </w:rPr>
        <w:t>IDENTIFICAÇÃO E ASSINATURA DAS PESSOAS RETRATADAS</w:t>
      </w:r>
    </w:p>
    <w:p w14:paraId="1EAA31BD" w14:textId="33E64534" w:rsidR="00225AA3" w:rsidRPr="00225AA3" w:rsidRDefault="00000000" w:rsidP="00B229C0">
      <w:pPr>
        <w:spacing w:after="360"/>
        <w:jc w:val="both"/>
        <w:rPr>
          <w:rFonts w:ascii="Palatino Linotype" w:hAnsi="Palatino Linotype"/>
          <w:sz w:val="22"/>
        </w:rPr>
      </w:pPr>
      <w:r w:rsidRPr="00225AA3">
        <w:rPr>
          <w:rFonts w:ascii="Palatino Linotype" w:hAnsi="Palatino Linotype"/>
          <w:sz w:val="22"/>
        </w:rPr>
        <w:t xml:space="preserve">Ao </w:t>
      </w:r>
      <w:proofErr w:type="spellStart"/>
      <w:r w:rsidRPr="00225AA3">
        <w:rPr>
          <w:rFonts w:ascii="Palatino Linotype" w:hAnsi="Palatino Linotype"/>
          <w:sz w:val="22"/>
        </w:rPr>
        <w:t>assinar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este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termo</w:t>
      </w:r>
      <w:proofErr w:type="spellEnd"/>
      <w:r w:rsidRPr="00225AA3">
        <w:rPr>
          <w:rFonts w:ascii="Palatino Linotype" w:hAnsi="Palatino Linotype"/>
          <w:sz w:val="22"/>
        </w:rPr>
        <w:t xml:space="preserve">, </w:t>
      </w:r>
      <w:proofErr w:type="spellStart"/>
      <w:r w:rsidRPr="00225AA3">
        <w:rPr>
          <w:rFonts w:ascii="Palatino Linotype" w:hAnsi="Palatino Linotype"/>
          <w:sz w:val="22"/>
        </w:rPr>
        <w:t>cada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pessoa</w:t>
      </w:r>
      <w:proofErr w:type="spellEnd"/>
      <w:r w:rsidR="00B229C0">
        <w:rPr>
          <w:rStyle w:val="Refdenotaderodap"/>
          <w:rFonts w:ascii="Palatino Linotype" w:hAnsi="Palatino Linotype"/>
          <w:sz w:val="22"/>
        </w:rPr>
        <w:footnoteReference w:id="2"/>
      </w:r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declara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que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autoriza</w:t>
      </w:r>
      <w:proofErr w:type="spellEnd"/>
      <w:r w:rsidRPr="00225AA3">
        <w:rPr>
          <w:rFonts w:ascii="Palatino Linotype" w:hAnsi="Palatino Linotype"/>
          <w:sz w:val="22"/>
        </w:rPr>
        <w:t xml:space="preserve"> o uso de </w:t>
      </w:r>
      <w:proofErr w:type="spellStart"/>
      <w:r w:rsidRPr="00225AA3">
        <w:rPr>
          <w:rFonts w:ascii="Palatino Linotype" w:hAnsi="Palatino Linotype"/>
          <w:sz w:val="22"/>
        </w:rPr>
        <w:t>sua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própria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imagem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na</w:t>
      </w:r>
      <w:proofErr w:type="spellEnd"/>
      <w:r w:rsidR="00B4582F">
        <w:rPr>
          <w:rFonts w:ascii="Palatino Linotype" w:hAnsi="Palatino Linotype"/>
          <w:sz w:val="22"/>
        </w:rPr>
        <w:t>(</w:t>
      </w:r>
      <w:r w:rsidRPr="00225AA3">
        <w:rPr>
          <w:rFonts w:ascii="Palatino Linotype" w:hAnsi="Palatino Linotype"/>
          <w:sz w:val="22"/>
        </w:rPr>
        <w:t>s</w:t>
      </w:r>
      <w:r w:rsidR="00B4582F">
        <w:rPr>
          <w:rFonts w:ascii="Palatino Linotype" w:hAnsi="Palatino Linotype"/>
          <w:sz w:val="22"/>
        </w:rPr>
        <w:t>)</w:t>
      </w:r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fotografia</w:t>
      </w:r>
      <w:proofErr w:type="spellEnd"/>
      <w:r w:rsidR="00B4582F">
        <w:rPr>
          <w:rFonts w:ascii="Palatino Linotype" w:hAnsi="Palatino Linotype"/>
          <w:sz w:val="22"/>
        </w:rPr>
        <w:t>(</w:t>
      </w:r>
      <w:r w:rsidRPr="00225AA3">
        <w:rPr>
          <w:rFonts w:ascii="Palatino Linotype" w:hAnsi="Palatino Linotype"/>
          <w:sz w:val="22"/>
        </w:rPr>
        <w:t>s</w:t>
      </w:r>
      <w:r w:rsidR="00B4582F">
        <w:rPr>
          <w:rFonts w:ascii="Palatino Linotype" w:hAnsi="Palatino Linotype"/>
          <w:sz w:val="22"/>
        </w:rPr>
        <w:t>)</w:t>
      </w:r>
      <w:r w:rsidRPr="00225AA3">
        <w:rPr>
          <w:rFonts w:ascii="Palatino Linotype" w:hAnsi="Palatino Linotype"/>
          <w:sz w:val="22"/>
        </w:rPr>
        <w:t xml:space="preserve"> e/</w:t>
      </w:r>
      <w:proofErr w:type="spellStart"/>
      <w:r w:rsidRPr="00225AA3">
        <w:rPr>
          <w:rFonts w:ascii="Palatino Linotype" w:hAnsi="Palatino Linotype"/>
          <w:sz w:val="22"/>
        </w:rPr>
        <w:t>ou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registro</w:t>
      </w:r>
      <w:proofErr w:type="spellEnd"/>
      <w:r w:rsidR="00B4582F">
        <w:rPr>
          <w:rFonts w:ascii="Palatino Linotype" w:hAnsi="Palatino Linotype"/>
          <w:sz w:val="22"/>
        </w:rPr>
        <w:t>(</w:t>
      </w:r>
      <w:r w:rsidRPr="00225AA3">
        <w:rPr>
          <w:rFonts w:ascii="Palatino Linotype" w:hAnsi="Palatino Linotype"/>
          <w:sz w:val="22"/>
        </w:rPr>
        <w:t>s</w:t>
      </w:r>
      <w:r w:rsidR="00B4582F">
        <w:rPr>
          <w:rFonts w:ascii="Palatino Linotype" w:hAnsi="Palatino Linotype"/>
          <w:sz w:val="22"/>
        </w:rPr>
        <w:t>)</w:t>
      </w:r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indicado</w:t>
      </w:r>
      <w:proofErr w:type="spellEnd"/>
      <w:r w:rsidR="00B4582F">
        <w:rPr>
          <w:rFonts w:ascii="Palatino Linotype" w:hAnsi="Palatino Linotype"/>
          <w:sz w:val="22"/>
        </w:rPr>
        <w:t>(</w:t>
      </w:r>
      <w:r w:rsidRPr="00225AA3">
        <w:rPr>
          <w:rFonts w:ascii="Palatino Linotype" w:hAnsi="Palatino Linotype"/>
          <w:sz w:val="22"/>
        </w:rPr>
        <w:t>s</w:t>
      </w:r>
      <w:r w:rsidR="00B4582F">
        <w:rPr>
          <w:rFonts w:ascii="Palatino Linotype" w:hAnsi="Palatino Linotype"/>
          <w:sz w:val="22"/>
        </w:rPr>
        <w:t>)</w:t>
      </w:r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neste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documento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ou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em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seus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anexos</w:t>
      </w:r>
      <w:proofErr w:type="spellEnd"/>
      <w:r w:rsidRPr="00225AA3">
        <w:rPr>
          <w:rFonts w:ascii="Palatino Linotype" w:hAnsi="Palatino Linotype"/>
          <w:sz w:val="22"/>
        </w:rPr>
        <w:t>.</w:t>
      </w:r>
    </w:p>
    <w:tbl>
      <w:tblPr>
        <w:tblStyle w:val="TabelaSimples5"/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951"/>
        <w:gridCol w:w="1473"/>
        <w:gridCol w:w="1138"/>
        <w:gridCol w:w="1759"/>
        <w:gridCol w:w="1843"/>
      </w:tblGrid>
      <w:tr w:rsidR="00712F1E" w:rsidRPr="00C7798D" w14:paraId="530BD010" w14:textId="77777777" w:rsidTr="00B458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4" w:type="dxa"/>
            <w:tcBorders>
              <w:bottom w:val="none" w:sz="0" w:space="0" w:color="auto"/>
              <w:right w:val="none" w:sz="0" w:space="0" w:color="auto"/>
            </w:tcBorders>
          </w:tcPr>
          <w:p w14:paraId="4EDF79E8" w14:textId="2DFF9358" w:rsidR="00712F1E" w:rsidRPr="00B4582F" w:rsidRDefault="00000000" w:rsidP="00C7798D">
            <w:pPr>
              <w:spacing w:after="0"/>
              <w:jc w:val="left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B4582F">
              <w:rPr>
                <w:rFonts w:ascii="Palatino Linotype" w:hAnsi="Palatino Linotype"/>
                <w:b/>
                <w:bCs/>
                <w:sz w:val="20"/>
                <w:szCs w:val="20"/>
              </w:rPr>
              <w:t>N</w:t>
            </w:r>
            <w:r w:rsidR="00C7798D" w:rsidRPr="00B4582F">
              <w:rPr>
                <w:rFonts w:ascii="Palatino Linotype" w:hAnsi="Palatino Linotype"/>
                <w:b/>
                <w:bCs/>
                <w:sz w:val="20"/>
                <w:szCs w:val="20"/>
              </w:rPr>
              <w:t>°</w:t>
            </w:r>
          </w:p>
        </w:tc>
        <w:tc>
          <w:tcPr>
            <w:tcW w:w="3140" w:type="dxa"/>
            <w:tcBorders>
              <w:bottom w:val="none" w:sz="0" w:space="0" w:color="auto"/>
            </w:tcBorders>
          </w:tcPr>
          <w:p w14:paraId="6E54887A" w14:textId="77777777" w:rsidR="00712F1E" w:rsidRPr="00B4582F" w:rsidRDefault="00000000" w:rsidP="00C7798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B4582F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Nome </w:t>
            </w:r>
            <w:proofErr w:type="spellStart"/>
            <w:r w:rsidRPr="00B4582F">
              <w:rPr>
                <w:rFonts w:ascii="Palatino Linotype" w:hAnsi="Palatino Linotype"/>
                <w:b/>
                <w:bCs/>
                <w:sz w:val="20"/>
                <w:szCs w:val="20"/>
              </w:rPr>
              <w:t>completo</w:t>
            </w:r>
            <w:proofErr w:type="spellEnd"/>
          </w:p>
        </w:tc>
        <w:tc>
          <w:tcPr>
            <w:tcW w:w="1559" w:type="dxa"/>
            <w:tcBorders>
              <w:bottom w:val="none" w:sz="0" w:space="0" w:color="auto"/>
            </w:tcBorders>
          </w:tcPr>
          <w:p w14:paraId="3C04B04C" w14:textId="77777777" w:rsidR="00712F1E" w:rsidRPr="00B4582F" w:rsidRDefault="00000000" w:rsidP="00C7798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B4582F">
              <w:rPr>
                <w:rFonts w:ascii="Palatino Linotype" w:hAnsi="Palatino Linotype"/>
                <w:b/>
                <w:bCs/>
                <w:sz w:val="20"/>
                <w:szCs w:val="20"/>
              </w:rPr>
              <w:t>CPF</w:t>
            </w:r>
          </w:p>
        </w:tc>
        <w:tc>
          <w:tcPr>
            <w:tcW w:w="1037" w:type="dxa"/>
            <w:tcBorders>
              <w:bottom w:val="none" w:sz="0" w:space="0" w:color="auto"/>
            </w:tcBorders>
          </w:tcPr>
          <w:p w14:paraId="1AEC36BE" w14:textId="484EE7A8" w:rsidR="00712F1E" w:rsidRPr="00B4582F" w:rsidRDefault="00B4582F" w:rsidP="00C7798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>n°</w:t>
            </w:r>
            <w:r w:rsidR="00C7798D" w:rsidRPr="00B4582F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</w:t>
            </w:r>
            <w:r w:rsidRPr="00B4582F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da(s) </w:t>
            </w:r>
            <w:proofErr w:type="spellStart"/>
            <w:r w:rsidR="00C7798D" w:rsidRPr="00B4582F">
              <w:rPr>
                <w:rFonts w:ascii="Palatino Linotype" w:hAnsi="Palatino Linotype"/>
                <w:b/>
                <w:bCs/>
                <w:sz w:val="20"/>
                <w:szCs w:val="20"/>
              </w:rPr>
              <w:t>imagem</w:t>
            </w:r>
            <w:proofErr w:type="spellEnd"/>
            <w:r w:rsidRPr="00B4582F">
              <w:rPr>
                <w:rFonts w:ascii="Palatino Linotype" w:hAnsi="Palatino Linotype"/>
                <w:b/>
                <w:bCs/>
                <w:sz w:val="20"/>
                <w:szCs w:val="20"/>
              </w:rPr>
              <w:t>(s)</w:t>
            </w:r>
          </w:p>
        </w:tc>
        <w:tc>
          <w:tcPr>
            <w:tcW w:w="1814" w:type="dxa"/>
            <w:tcBorders>
              <w:bottom w:val="none" w:sz="0" w:space="0" w:color="auto"/>
            </w:tcBorders>
          </w:tcPr>
          <w:p w14:paraId="72FCD669" w14:textId="77777777" w:rsidR="00712F1E" w:rsidRPr="00B4582F" w:rsidRDefault="00000000" w:rsidP="00C7798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B4582F">
              <w:rPr>
                <w:rFonts w:ascii="Palatino Linotype" w:hAnsi="Palatino Linotype"/>
                <w:b/>
                <w:bCs/>
                <w:sz w:val="20"/>
                <w:szCs w:val="20"/>
              </w:rPr>
              <w:t>Assinatura</w:t>
            </w:r>
          </w:p>
        </w:tc>
        <w:tc>
          <w:tcPr>
            <w:tcW w:w="1963" w:type="dxa"/>
            <w:tcBorders>
              <w:bottom w:val="none" w:sz="0" w:space="0" w:color="auto"/>
            </w:tcBorders>
          </w:tcPr>
          <w:p w14:paraId="68BA6D9B" w14:textId="77777777" w:rsidR="00712F1E" w:rsidRPr="00B4582F" w:rsidRDefault="00000000" w:rsidP="00C7798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B4582F">
              <w:rPr>
                <w:rFonts w:ascii="Palatino Linotype" w:hAnsi="Palatino Linotype"/>
                <w:b/>
                <w:bCs/>
                <w:sz w:val="20"/>
                <w:szCs w:val="20"/>
              </w:rPr>
              <w:t>E-mail</w:t>
            </w:r>
          </w:p>
        </w:tc>
      </w:tr>
      <w:tr w:rsidR="00712F1E" w:rsidRPr="00C7798D" w14:paraId="0FDCE1C4" w14:textId="77777777" w:rsidTr="00B45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right w:val="none" w:sz="0" w:space="0" w:color="auto"/>
            </w:tcBorders>
          </w:tcPr>
          <w:p w14:paraId="0739E037" w14:textId="77777777" w:rsidR="00712F1E" w:rsidRPr="00C7798D" w:rsidRDefault="00000000" w:rsidP="00C7798D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1</w:t>
            </w:r>
          </w:p>
        </w:tc>
        <w:tc>
          <w:tcPr>
            <w:tcW w:w="3140" w:type="dxa"/>
          </w:tcPr>
          <w:p w14:paraId="525B4EC2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3E94BD6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037" w:type="dxa"/>
          </w:tcPr>
          <w:p w14:paraId="780EFEAC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814" w:type="dxa"/>
          </w:tcPr>
          <w:p w14:paraId="724CF395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963" w:type="dxa"/>
          </w:tcPr>
          <w:p w14:paraId="0D2998F0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712F1E" w:rsidRPr="00C7798D" w14:paraId="5B452046" w14:textId="77777777" w:rsidTr="00B458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right w:val="none" w:sz="0" w:space="0" w:color="auto"/>
            </w:tcBorders>
          </w:tcPr>
          <w:p w14:paraId="27CDE6FC" w14:textId="77777777" w:rsidR="00712F1E" w:rsidRPr="00C7798D" w:rsidRDefault="00000000" w:rsidP="00C7798D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2</w:t>
            </w:r>
          </w:p>
        </w:tc>
        <w:tc>
          <w:tcPr>
            <w:tcW w:w="3140" w:type="dxa"/>
          </w:tcPr>
          <w:p w14:paraId="21230FAA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91CB67C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037" w:type="dxa"/>
          </w:tcPr>
          <w:p w14:paraId="3D91A90F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80F8183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963" w:type="dxa"/>
          </w:tcPr>
          <w:p w14:paraId="25E848FF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712F1E" w:rsidRPr="00C7798D" w14:paraId="48909774" w14:textId="77777777" w:rsidTr="00B45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right w:val="none" w:sz="0" w:space="0" w:color="auto"/>
            </w:tcBorders>
          </w:tcPr>
          <w:p w14:paraId="05F3FBC5" w14:textId="77777777" w:rsidR="00712F1E" w:rsidRPr="00C7798D" w:rsidRDefault="00000000" w:rsidP="00C7798D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3</w:t>
            </w:r>
          </w:p>
        </w:tc>
        <w:tc>
          <w:tcPr>
            <w:tcW w:w="3140" w:type="dxa"/>
          </w:tcPr>
          <w:p w14:paraId="7C0E5BFA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DEB747D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037" w:type="dxa"/>
          </w:tcPr>
          <w:p w14:paraId="5CE0C430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5D34B0B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963" w:type="dxa"/>
          </w:tcPr>
          <w:p w14:paraId="05F2A42A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712F1E" w:rsidRPr="00C7798D" w14:paraId="5DEFD485" w14:textId="77777777" w:rsidTr="00B458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right w:val="none" w:sz="0" w:space="0" w:color="auto"/>
            </w:tcBorders>
          </w:tcPr>
          <w:p w14:paraId="6E0F1FD2" w14:textId="77777777" w:rsidR="00712F1E" w:rsidRPr="00C7798D" w:rsidRDefault="00000000" w:rsidP="00C7798D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4</w:t>
            </w:r>
          </w:p>
        </w:tc>
        <w:tc>
          <w:tcPr>
            <w:tcW w:w="3140" w:type="dxa"/>
          </w:tcPr>
          <w:p w14:paraId="55449D98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45EB60C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037" w:type="dxa"/>
          </w:tcPr>
          <w:p w14:paraId="007ABE6F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814" w:type="dxa"/>
          </w:tcPr>
          <w:p w14:paraId="7FE85427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963" w:type="dxa"/>
          </w:tcPr>
          <w:p w14:paraId="0EF16657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712F1E" w:rsidRPr="00C7798D" w14:paraId="69A654AF" w14:textId="77777777" w:rsidTr="00B45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right w:val="none" w:sz="0" w:space="0" w:color="auto"/>
            </w:tcBorders>
          </w:tcPr>
          <w:p w14:paraId="54B8E601" w14:textId="77777777" w:rsidR="00712F1E" w:rsidRPr="00C7798D" w:rsidRDefault="00000000" w:rsidP="00C7798D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5</w:t>
            </w:r>
          </w:p>
        </w:tc>
        <w:tc>
          <w:tcPr>
            <w:tcW w:w="3140" w:type="dxa"/>
          </w:tcPr>
          <w:p w14:paraId="545C9F96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0631490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037" w:type="dxa"/>
          </w:tcPr>
          <w:p w14:paraId="74188E55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D1951A8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963" w:type="dxa"/>
          </w:tcPr>
          <w:p w14:paraId="7F5E8F24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712F1E" w:rsidRPr="00C7798D" w14:paraId="6DF802A8" w14:textId="77777777" w:rsidTr="00B458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right w:val="none" w:sz="0" w:space="0" w:color="auto"/>
            </w:tcBorders>
          </w:tcPr>
          <w:p w14:paraId="2D0B9A1D" w14:textId="77777777" w:rsidR="00712F1E" w:rsidRPr="00C7798D" w:rsidRDefault="00000000" w:rsidP="00C7798D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6</w:t>
            </w:r>
          </w:p>
        </w:tc>
        <w:tc>
          <w:tcPr>
            <w:tcW w:w="3140" w:type="dxa"/>
          </w:tcPr>
          <w:p w14:paraId="31240A86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EB4952A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037" w:type="dxa"/>
          </w:tcPr>
          <w:p w14:paraId="00CB47F9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194DB86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963" w:type="dxa"/>
          </w:tcPr>
          <w:p w14:paraId="16B662C6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712F1E" w:rsidRPr="00C7798D" w14:paraId="49C83249" w14:textId="77777777" w:rsidTr="00B45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right w:val="none" w:sz="0" w:space="0" w:color="auto"/>
            </w:tcBorders>
          </w:tcPr>
          <w:p w14:paraId="5E8ADC7B" w14:textId="77777777" w:rsidR="00712F1E" w:rsidRPr="00C7798D" w:rsidRDefault="00000000" w:rsidP="00C7798D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7</w:t>
            </w:r>
          </w:p>
        </w:tc>
        <w:tc>
          <w:tcPr>
            <w:tcW w:w="3140" w:type="dxa"/>
          </w:tcPr>
          <w:p w14:paraId="10393D11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EE87B9B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037" w:type="dxa"/>
          </w:tcPr>
          <w:p w14:paraId="37DADF9F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2C1A968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963" w:type="dxa"/>
          </w:tcPr>
          <w:p w14:paraId="3A8CE208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712F1E" w:rsidRPr="00C7798D" w14:paraId="79E68CED" w14:textId="77777777" w:rsidTr="00B458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right w:val="none" w:sz="0" w:space="0" w:color="auto"/>
            </w:tcBorders>
          </w:tcPr>
          <w:p w14:paraId="203DEB25" w14:textId="77777777" w:rsidR="00712F1E" w:rsidRPr="00C7798D" w:rsidRDefault="00000000" w:rsidP="00C7798D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8</w:t>
            </w:r>
          </w:p>
        </w:tc>
        <w:tc>
          <w:tcPr>
            <w:tcW w:w="3140" w:type="dxa"/>
          </w:tcPr>
          <w:p w14:paraId="0272AF01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4B07490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037" w:type="dxa"/>
          </w:tcPr>
          <w:p w14:paraId="00745877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A726E6B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963" w:type="dxa"/>
          </w:tcPr>
          <w:p w14:paraId="6302B4FF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712F1E" w:rsidRPr="00C7798D" w14:paraId="58AE521E" w14:textId="77777777" w:rsidTr="00B45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right w:val="none" w:sz="0" w:space="0" w:color="auto"/>
            </w:tcBorders>
          </w:tcPr>
          <w:p w14:paraId="1CB967CC" w14:textId="77777777" w:rsidR="00712F1E" w:rsidRPr="00C7798D" w:rsidRDefault="00000000" w:rsidP="00C7798D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9</w:t>
            </w:r>
          </w:p>
        </w:tc>
        <w:tc>
          <w:tcPr>
            <w:tcW w:w="3140" w:type="dxa"/>
          </w:tcPr>
          <w:p w14:paraId="0FCFAECA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713F45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037" w:type="dxa"/>
          </w:tcPr>
          <w:p w14:paraId="6C950345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BAB59AA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963" w:type="dxa"/>
          </w:tcPr>
          <w:p w14:paraId="679BA24D" w14:textId="77777777" w:rsidR="00712F1E" w:rsidRPr="00C7798D" w:rsidRDefault="00712F1E" w:rsidP="00C7798D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712F1E" w:rsidRPr="00C7798D" w14:paraId="12E67DA2" w14:textId="77777777" w:rsidTr="00B458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right w:val="none" w:sz="0" w:space="0" w:color="auto"/>
            </w:tcBorders>
          </w:tcPr>
          <w:p w14:paraId="32912330" w14:textId="77777777" w:rsidR="00712F1E" w:rsidRPr="00C7798D" w:rsidRDefault="00000000" w:rsidP="00C7798D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10</w:t>
            </w:r>
          </w:p>
        </w:tc>
        <w:tc>
          <w:tcPr>
            <w:tcW w:w="3140" w:type="dxa"/>
          </w:tcPr>
          <w:p w14:paraId="04FFBD8F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217D79C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037" w:type="dxa"/>
          </w:tcPr>
          <w:p w14:paraId="47B77282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3B0C236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963" w:type="dxa"/>
          </w:tcPr>
          <w:p w14:paraId="0F177B6B" w14:textId="77777777" w:rsidR="00712F1E" w:rsidRPr="00C7798D" w:rsidRDefault="00712F1E" w:rsidP="00C7798D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14:paraId="24648B4B" w14:textId="77777777" w:rsidR="00123DFD" w:rsidRDefault="00123DFD" w:rsidP="00123DFD">
      <w:pPr>
        <w:spacing w:before="200"/>
        <w:jc w:val="both"/>
        <w:rPr>
          <w:rFonts w:ascii="Palatino Linotype" w:hAnsi="Palatino Linotype"/>
          <w:b/>
          <w:sz w:val="22"/>
        </w:rPr>
      </w:pPr>
    </w:p>
    <w:p w14:paraId="21C2C65B" w14:textId="404089B9" w:rsidR="00712F1E" w:rsidRPr="00B4582F" w:rsidRDefault="00000000" w:rsidP="00B4582F">
      <w:pPr>
        <w:pStyle w:val="PargrafodaLista"/>
        <w:numPr>
          <w:ilvl w:val="0"/>
          <w:numId w:val="11"/>
        </w:numPr>
        <w:spacing w:before="200"/>
        <w:jc w:val="both"/>
        <w:rPr>
          <w:rFonts w:ascii="Palatino Linotype" w:hAnsi="Palatino Linotype"/>
          <w:sz w:val="22"/>
        </w:rPr>
      </w:pPr>
      <w:r w:rsidRPr="00B4582F">
        <w:rPr>
          <w:rFonts w:ascii="Palatino Linotype" w:hAnsi="Palatino Linotype"/>
          <w:b/>
          <w:sz w:val="22"/>
        </w:rPr>
        <w:lastRenderedPageBreak/>
        <w:t>MENORES DE 18 ANOS OU LEGALMENTE INCAPAZES</w:t>
      </w:r>
    </w:p>
    <w:p w14:paraId="48404788" w14:textId="77777777" w:rsidR="00712F1E" w:rsidRDefault="00000000" w:rsidP="00C7798D">
      <w:pPr>
        <w:jc w:val="both"/>
        <w:rPr>
          <w:rFonts w:ascii="Palatino Linotype" w:hAnsi="Palatino Linotype"/>
          <w:sz w:val="22"/>
        </w:rPr>
      </w:pPr>
      <w:r w:rsidRPr="00225AA3">
        <w:rPr>
          <w:rFonts w:ascii="Palatino Linotype" w:hAnsi="Palatino Linotype"/>
          <w:sz w:val="22"/>
        </w:rPr>
        <w:t xml:space="preserve">Quando uma pessoa retratada for menor de 18 anos </w:t>
      </w:r>
      <w:proofErr w:type="gramStart"/>
      <w:r w:rsidRPr="00225AA3">
        <w:rPr>
          <w:rFonts w:ascii="Palatino Linotype" w:hAnsi="Palatino Linotype"/>
          <w:sz w:val="22"/>
        </w:rPr>
        <w:t>ou</w:t>
      </w:r>
      <w:proofErr w:type="gramEnd"/>
      <w:r w:rsidRPr="00225AA3">
        <w:rPr>
          <w:rFonts w:ascii="Palatino Linotype" w:hAnsi="Palatino Linotype"/>
          <w:sz w:val="22"/>
        </w:rPr>
        <w:t xml:space="preserve"> legalmente incapaz, </w:t>
      </w:r>
      <w:proofErr w:type="gramStart"/>
      <w:r w:rsidRPr="00225AA3">
        <w:rPr>
          <w:rFonts w:ascii="Palatino Linotype" w:hAnsi="Palatino Linotype"/>
          <w:sz w:val="22"/>
        </w:rPr>
        <w:t>a</w:t>
      </w:r>
      <w:proofErr w:type="gramEnd"/>
      <w:r w:rsidRPr="00225AA3">
        <w:rPr>
          <w:rFonts w:ascii="Palatino Linotype" w:hAnsi="Palatino Linotype"/>
          <w:sz w:val="22"/>
        </w:rPr>
        <w:t xml:space="preserve"> autorização deverá ser concedida por seu responsável legal, que </w:t>
      </w:r>
      <w:proofErr w:type="spellStart"/>
      <w:r w:rsidRPr="00225AA3">
        <w:rPr>
          <w:rFonts w:ascii="Palatino Linotype" w:hAnsi="Palatino Linotype"/>
          <w:sz w:val="22"/>
        </w:rPr>
        <w:t>deverá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preencher</w:t>
      </w:r>
      <w:proofErr w:type="spellEnd"/>
      <w:r w:rsidRPr="00225AA3">
        <w:rPr>
          <w:rFonts w:ascii="Palatino Linotype" w:hAnsi="Palatino Linotype"/>
          <w:sz w:val="22"/>
        </w:rPr>
        <w:t xml:space="preserve"> e </w:t>
      </w:r>
      <w:proofErr w:type="spellStart"/>
      <w:r w:rsidRPr="00225AA3">
        <w:rPr>
          <w:rFonts w:ascii="Palatino Linotype" w:hAnsi="Palatino Linotype"/>
          <w:sz w:val="22"/>
        </w:rPr>
        <w:t>assinar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gramStart"/>
      <w:r w:rsidRPr="00225AA3">
        <w:rPr>
          <w:rFonts w:ascii="Palatino Linotype" w:hAnsi="Palatino Linotype"/>
          <w:sz w:val="22"/>
        </w:rPr>
        <w:t>a</w:t>
      </w:r>
      <w:proofErr w:type="gram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identificação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correspondente</w:t>
      </w:r>
      <w:proofErr w:type="spellEnd"/>
      <w:r w:rsidRPr="00225AA3">
        <w:rPr>
          <w:rFonts w:ascii="Palatino Linotype" w:hAnsi="Palatino Linotype"/>
          <w:sz w:val="22"/>
        </w:rPr>
        <w:t>.</w:t>
      </w:r>
    </w:p>
    <w:p w14:paraId="4764B453" w14:textId="77777777" w:rsidR="00774EFB" w:rsidRDefault="00774EFB" w:rsidP="00C7798D">
      <w:pPr>
        <w:jc w:val="both"/>
        <w:rPr>
          <w:rFonts w:ascii="Palatino Linotype" w:hAnsi="Palatino Linotype"/>
          <w:sz w:val="22"/>
        </w:rPr>
      </w:pPr>
    </w:p>
    <w:tbl>
      <w:tblPr>
        <w:tblStyle w:val="TabelaSimples5"/>
        <w:tblW w:w="9606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1873"/>
        <w:gridCol w:w="1799"/>
        <w:gridCol w:w="1284"/>
        <w:gridCol w:w="1138"/>
        <w:gridCol w:w="1355"/>
        <w:gridCol w:w="1701"/>
      </w:tblGrid>
      <w:tr w:rsidR="00774EFB" w:rsidRPr="00C7798D" w14:paraId="7FF2761A" w14:textId="77777777" w:rsidTr="00774E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6" w:type="dxa"/>
          </w:tcPr>
          <w:p w14:paraId="799FB8B5" w14:textId="77777777" w:rsidR="00774EFB" w:rsidRPr="00B4582F" w:rsidRDefault="00774EFB" w:rsidP="00774EFB">
            <w:pPr>
              <w:spacing w:after="0"/>
              <w:jc w:val="left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B4582F">
              <w:rPr>
                <w:rFonts w:ascii="Palatino Linotype" w:hAnsi="Palatino Linotype"/>
                <w:b/>
                <w:bCs/>
                <w:sz w:val="20"/>
                <w:szCs w:val="20"/>
              </w:rPr>
              <w:t>N°</w:t>
            </w:r>
          </w:p>
        </w:tc>
        <w:tc>
          <w:tcPr>
            <w:tcW w:w="1873" w:type="dxa"/>
          </w:tcPr>
          <w:p w14:paraId="7F7DFB79" w14:textId="739C2DBD" w:rsidR="00774EFB" w:rsidRPr="00B4582F" w:rsidRDefault="00774EFB" w:rsidP="00774EFB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B4582F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Nome </w:t>
            </w:r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da </w:t>
            </w:r>
            <w:proofErr w:type="spellStart"/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>pessoa</w:t>
            </w:r>
            <w:proofErr w:type="spellEnd"/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>retratada</w:t>
            </w:r>
            <w:proofErr w:type="spellEnd"/>
          </w:p>
        </w:tc>
        <w:tc>
          <w:tcPr>
            <w:tcW w:w="1799" w:type="dxa"/>
          </w:tcPr>
          <w:p w14:paraId="1F255DC0" w14:textId="4F92BE1F" w:rsidR="00774EFB" w:rsidRPr="00B4582F" w:rsidRDefault="00774EFB" w:rsidP="00774EFB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Nome do </w:t>
            </w:r>
            <w:proofErr w:type="spellStart"/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>responsável</w:t>
            </w:r>
            <w:proofErr w:type="spellEnd"/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legal</w:t>
            </w:r>
          </w:p>
        </w:tc>
        <w:tc>
          <w:tcPr>
            <w:tcW w:w="1284" w:type="dxa"/>
          </w:tcPr>
          <w:p w14:paraId="778A4DE9" w14:textId="3EB84CFE" w:rsidR="00774EFB" w:rsidRPr="00B4582F" w:rsidRDefault="00774EFB" w:rsidP="00774EFB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Grau de </w:t>
            </w:r>
            <w:proofErr w:type="spellStart"/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>parentesco</w:t>
            </w:r>
            <w:proofErr w:type="spellEnd"/>
          </w:p>
        </w:tc>
        <w:tc>
          <w:tcPr>
            <w:tcW w:w="1138" w:type="dxa"/>
          </w:tcPr>
          <w:p w14:paraId="3B6DFEF8" w14:textId="6550C4A9" w:rsidR="00774EFB" w:rsidRPr="00B4582F" w:rsidRDefault="00774EFB" w:rsidP="00774EFB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bCs/>
                <w:sz w:val="20"/>
                <w:szCs w:val="20"/>
              </w:rPr>
              <w:t>n°</w:t>
            </w:r>
            <w:r w:rsidRPr="00B4582F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da(s) </w:t>
            </w:r>
            <w:proofErr w:type="spellStart"/>
            <w:r w:rsidRPr="00B4582F">
              <w:rPr>
                <w:rFonts w:ascii="Palatino Linotype" w:hAnsi="Palatino Linotype"/>
                <w:b/>
                <w:bCs/>
                <w:sz w:val="20"/>
                <w:szCs w:val="20"/>
              </w:rPr>
              <w:t>imagem</w:t>
            </w:r>
            <w:proofErr w:type="spellEnd"/>
            <w:r w:rsidRPr="00B4582F">
              <w:rPr>
                <w:rFonts w:ascii="Palatino Linotype" w:hAnsi="Palatino Linotype"/>
                <w:b/>
                <w:bCs/>
                <w:sz w:val="20"/>
                <w:szCs w:val="20"/>
              </w:rPr>
              <w:t>(s)</w:t>
            </w:r>
          </w:p>
        </w:tc>
        <w:tc>
          <w:tcPr>
            <w:tcW w:w="1355" w:type="dxa"/>
          </w:tcPr>
          <w:p w14:paraId="0FDBE892" w14:textId="7C96ACBE" w:rsidR="00774EFB" w:rsidRPr="00B4582F" w:rsidRDefault="00774EFB" w:rsidP="00774EFB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proofErr w:type="spellStart"/>
            <w:r w:rsidRPr="00B4582F">
              <w:rPr>
                <w:rFonts w:ascii="Palatino Linotype" w:hAnsi="Palatino Linotype"/>
                <w:b/>
                <w:bCs/>
                <w:sz w:val="20"/>
                <w:szCs w:val="20"/>
              </w:rPr>
              <w:t>Assinatura</w:t>
            </w:r>
            <w:proofErr w:type="spellEnd"/>
          </w:p>
        </w:tc>
        <w:tc>
          <w:tcPr>
            <w:tcW w:w="1701" w:type="dxa"/>
          </w:tcPr>
          <w:p w14:paraId="0275E583" w14:textId="77777777" w:rsidR="00774EFB" w:rsidRPr="00B4582F" w:rsidRDefault="00774EFB" w:rsidP="00774EFB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B4582F">
              <w:rPr>
                <w:rFonts w:ascii="Palatino Linotype" w:hAnsi="Palatino Linotype"/>
                <w:b/>
                <w:bCs/>
                <w:sz w:val="20"/>
                <w:szCs w:val="20"/>
              </w:rPr>
              <w:t>E-mail</w:t>
            </w:r>
          </w:p>
        </w:tc>
      </w:tr>
      <w:tr w:rsidR="00774EFB" w:rsidRPr="00C7798D" w14:paraId="56E467DC" w14:textId="77777777" w:rsidTr="00774E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</w:tcPr>
          <w:p w14:paraId="13A9C766" w14:textId="77777777" w:rsidR="00774EFB" w:rsidRPr="00C7798D" w:rsidRDefault="00774EFB" w:rsidP="00774EFB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1</w:t>
            </w:r>
          </w:p>
        </w:tc>
        <w:tc>
          <w:tcPr>
            <w:tcW w:w="1873" w:type="dxa"/>
          </w:tcPr>
          <w:p w14:paraId="73535983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99" w:type="dxa"/>
          </w:tcPr>
          <w:p w14:paraId="5F9DDF0A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4" w:type="dxa"/>
          </w:tcPr>
          <w:p w14:paraId="46826490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138" w:type="dxa"/>
          </w:tcPr>
          <w:p w14:paraId="45408F12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355" w:type="dxa"/>
          </w:tcPr>
          <w:p w14:paraId="1358D1AA" w14:textId="05DB3302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702912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774EFB" w:rsidRPr="00C7798D" w14:paraId="79AFF054" w14:textId="77777777" w:rsidTr="00774E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</w:tcPr>
          <w:p w14:paraId="13715856" w14:textId="77777777" w:rsidR="00774EFB" w:rsidRPr="00C7798D" w:rsidRDefault="00774EFB" w:rsidP="00774EFB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2</w:t>
            </w:r>
          </w:p>
        </w:tc>
        <w:tc>
          <w:tcPr>
            <w:tcW w:w="1873" w:type="dxa"/>
          </w:tcPr>
          <w:p w14:paraId="7E56A6EB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99" w:type="dxa"/>
          </w:tcPr>
          <w:p w14:paraId="5D4E70BE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4" w:type="dxa"/>
          </w:tcPr>
          <w:p w14:paraId="25480E1B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138" w:type="dxa"/>
          </w:tcPr>
          <w:p w14:paraId="77FD8738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355" w:type="dxa"/>
          </w:tcPr>
          <w:p w14:paraId="5851D68F" w14:textId="58BD79FB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A100FE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774EFB" w:rsidRPr="00C7798D" w14:paraId="77397FAD" w14:textId="77777777" w:rsidTr="00774E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</w:tcPr>
          <w:p w14:paraId="6DA3C178" w14:textId="77777777" w:rsidR="00774EFB" w:rsidRPr="00C7798D" w:rsidRDefault="00774EFB" w:rsidP="00774EFB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3</w:t>
            </w:r>
          </w:p>
        </w:tc>
        <w:tc>
          <w:tcPr>
            <w:tcW w:w="1873" w:type="dxa"/>
          </w:tcPr>
          <w:p w14:paraId="3E421BA5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99" w:type="dxa"/>
          </w:tcPr>
          <w:p w14:paraId="092B56F2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4" w:type="dxa"/>
          </w:tcPr>
          <w:p w14:paraId="5EB338C3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138" w:type="dxa"/>
          </w:tcPr>
          <w:p w14:paraId="38E0F1F9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355" w:type="dxa"/>
          </w:tcPr>
          <w:p w14:paraId="1C95692F" w14:textId="543964E8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AF0E979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774EFB" w:rsidRPr="00C7798D" w14:paraId="69D9997F" w14:textId="77777777" w:rsidTr="00774E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</w:tcPr>
          <w:p w14:paraId="73E3FCF1" w14:textId="77777777" w:rsidR="00774EFB" w:rsidRPr="00C7798D" w:rsidRDefault="00774EFB" w:rsidP="00774EFB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4</w:t>
            </w:r>
          </w:p>
        </w:tc>
        <w:tc>
          <w:tcPr>
            <w:tcW w:w="1873" w:type="dxa"/>
          </w:tcPr>
          <w:p w14:paraId="0C6B9560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99" w:type="dxa"/>
          </w:tcPr>
          <w:p w14:paraId="164E460A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4" w:type="dxa"/>
          </w:tcPr>
          <w:p w14:paraId="53E1B005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138" w:type="dxa"/>
          </w:tcPr>
          <w:p w14:paraId="74C7B66E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355" w:type="dxa"/>
          </w:tcPr>
          <w:p w14:paraId="142A871C" w14:textId="28AFA132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8E081A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774EFB" w:rsidRPr="00C7798D" w14:paraId="15A6238C" w14:textId="77777777" w:rsidTr="00774E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</w:tcPr>
          <w:p w14:paraId="5BE284FC" w14:textId="77777777" w:rsidR="00774EFB" w:rsidRPr="00C7798D" w:rsidRDefault="00774EFB" w:rsidP="00774EFB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5</w:t>
            </w:r>
          </w:p>
        </w:tc>
        <w:tc>
          <w:tcPr>
            <w:tcW w:w="1873" w:type="dxa"/>
          </w:tcPr>
          <w:p w14:paraId="1C14AE50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99" w:type="dxa"/>
          </w:tcPr>
          <w:p w14:paraId="606FE2B7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4" w:type="dxa"/>
          </w:tcPr>
          <w:p w14:paraId="3F597467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138" w:type="dxa"/>
          </w:tcPr>
          <w:p w14:paraId="3F82C46B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355" w:type="dxa"/>
          </w:tcPr>
          <w:p w14:paraId="65D358CD" w14:textId="2CAE8DCD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0291F4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774EFB" w:rsidRPr="00C7798D" w14:paraId="072ADE7D" w14:textId="77777777" w:rsidTr="00774E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</w:tcPr>
          <w:p w14:paraId="21AE6689" w14:textId="77777777" w:rsidR="00774EFB" w:rsidRPr="00C7798D" w:rsidRDefault="00774EFB" w:rsidP="00774EFB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6</w:t>
            </w:r>
          </w:p>
        </w:tc>
        <w:tc>
          <w:tcPr>
            <w:tcW w:w="1873" w:type="dxa"/>
          </w:tcPr>
          <w:p w14:paraId="3AA063D8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99" w:type="dxa"/>
          </w:tcPr>
          <w:p w14:paraId="362339A6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4" w:type="dxa"/>
          </w:tcPr>
          <w:p w14:paraId="00676987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138" w:type="dxa"/>
          </w:tcPr>
          <w:p w14:paraId="630230BE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355" w:type="dxa"/>
          </w:tcPr>
          <w:p w14:paraId="1A4819D1" w14:textId="16B619A3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131C20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774EFB" w:rsidRPr="00C7798D" w14:paraId="223FE299" w14:textId="77777777" w:rsidTr="00774E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</w:tcPr>
          <w:p w14:paraId="12A60574" w14:textId="77777777" w:rsidR="00774EFB" w:rsidRPr="00C7798D" w:rsidRDefault="00774EFB" w:rsidP="00774EFB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7</w:t>
            </w:r>
          </w:p>
        </w:tc>
        <w:tc>
          <w:tcPr>
            <w:tcW w:w="1873" w:type="dxa"/>
          </w:tcPr>
          <w:p w14:paraId="062BF4C8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99" w:type="dxa"/>
          </w:tcPr>
          <w:p w14:paraId="5F5A54A0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4" w:type="dxa"/>
          </w:tcPr>
          <w:p w14:paraId="276D7244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138" w:type="dxa"/>
          </w:tcPr>
          <w:p w14:paraId="4A1C1510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355" w:type="dxa"/>
          </w:tcPr>
          <w:p w14:paraId="2CC56303" w14:textId="6614E182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74286F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774EFB" w:rsidRPr="00C7798D" w14:paraId="5E0ADD4D" w14:textId="77777777" w:rsidTr="00774E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</w:tcPr>
          <w:p w14:paraId="07E4CADF" w14:textId="77777777" w:rsidR="00774EFB" w:rsidRPr="00C7798D" w:rsidRDefault="00774EFB" w:rsidP="00774EFB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8</w:t>
            </w:r>
          </w:p>
        </w:tc>
        <w:tc>
          <w:tcPr>
            <w:tcW w:w="1873" w:type="dxa"/>
          </w:tcPr>
          <w:p w14:paraId="6F4784D5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99" w:type="dxa"/>
          </w:tcPr>
          <w:p w14:paraId="25BFC595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4" w:type="dxa"/>
          </w:tcPr>
          <w:p w14:paraId="490BB5AD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138" w:type="dxa"/>
          </w:tcPr>
          <w:p w14:paraId="49E4D4D9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355" w:type="dxa"/>
          </w:tcPr>
          <w:p w14:paraId="614591CD" w14:textId="3260E2AD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4F74B26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774EFB" w:rsidRPr="00C7798D" w14:paraId="271AE9CC" w14:textId="77777777" w:rsidTr="00774E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</w:tcPr>
          <w:p w14:paraId="61D8AD69" w14:textId="77777777" w:rsidR="00774EFB" w:rsidRPr="00C7798D" w:rsidRDefault="00774EFB" w:rsidP="00774EFB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9</w:t>
            </w:r>
          </w:p>
        </w:tc>
        <w:tc>
          <w:tcPr>
            <w:tcW w:w="1873" w:type="dxa"/>
          </w:tcPr>
          <w:p w14:paraId="50817833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99" w:type="dxa"/>
          </w:tcPr>
          <w:p w14:paraId="11ED1B51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4" w:type="dxa"/>
          </w:tcPr>
          <w:p w14:paraId="503D9D49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138" w:type="dxa"/>
          </w:tcPr>
          <w:p w14:paraId="58458C56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355" w:type="dxa"/>
          </w:tcPr>
          <w:p w14:paraId="66C7CF76" w14:textId="6AC6660A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A6EC8D2" w14:textId="77777777" w:rsidR="00774EFB" w:rsidRPr="00C7798D" w:rsidRDefault="00774EFB" w:rsidP="00774EF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774EFB" w:rsidRPr="00C7798D" w14:paraId="507D9FE0" w14:textId="77777777" w:rsidTr="00774E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</w:tcPr>
          <w:p w14:paraId="4E87F1DA" w14:textId="77777777" w:rsidR="00774EFB" w:rsidRPr="00C7798D" w:rsidRDefault="00774EFB" w:rsidP="00774EFB">
            <w:pPr>
              <w:spacing w:after="0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C7798D">
              <w:rPr>
                <w:rFonts w:ascii="Palatino Linotype" w:hAnsi="Palatino Linotype"/>
                <w:sz w:val="24"/>
                <w:szCs w:val="24"/>
              </w:rPr>
              <w:t>10</w:t>
            </w:r>
          </w:p>
        </w:tc>
        <w:tc>
          <w:tcPr>
            <w:tcW w:w="1873" w:type="dxa"/>
          </w:tcPr>
          <w:p w14:paraId="5056219E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99" w:type="dxa"/>
          </w:tcPr>
          <w:p w14:paraId="13549A0B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284" w:type="dxa"/>
          </w:tcPr>
          <w:p w14:paraId="2FA66433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138" w:type="dxa"/>
          </w:tcPr>
          <w:p w14:paraId="615481F4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355" w:type="dxa"/>
          </w:tcPr>
          <w:p w14:paraId="1D5EC7F4" w14:textId="7F259F12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829A3CC" w14:textId="77777777" w:rsidR="00774EFB" w:rsidRPr="00C7798D" w:rsidRDefault="00774EFB" w:rsidP="00774EF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14:paraId="77F5620E" w14:textId="77777777" w:rsidR="00B4582F" w:rsidRPr="00225AA3" w:rsidRDefault="00B4582F" w:rsidP="00225AA3">
      <w:pPr>
        <w:spacing w:after="80"/>
        <w:rPr>
          <w:rFonts w:ascii="Palatino Linotype" w:hAnsi="Palatino Linotype"/>
          <w:sz w:val="22"/>
        </w:rPr>
      </w:pPr>
    </w:p>
    <w:p w14:paraId="277B7370" w14:textId="2DE04DF1" w:rsidR="00774EFB" w:rsidRDefault="00774EFB" w:rsidP="00774EFB">
      <w:pPr>
        <w:spacing w:after="360"/>
        <w:jc w:val="both"/>
        <w:rPr>
          <w:rFonts w:ascii="Palatino Linotype" w:hAnsi="Palatino Linotype"/>
          <w:sz w:val="22"/>
        </w:rPr>
      </w:pPr>
      <w:r w:rsidRPr="00225AA3">
        <w:rPr>
          <w:rFonts w:ascii="Palatino Linotype" w:hAnsi="Palatino Linotype"/>
          <w:sz w:val="22"/>
        </w:rPr>
        <w:t xml:space="preserve">Ao </w:t>
      </w:r>
      <w:proofErr w:type="spellStart"/>
      <w:r w:rsidRPr="00225AA3">
        <w:rPr>
          <w:rFonts w:ascii="Palatino Linotype" w:hAnsi="Palatino Linotype"/>
          <w:sz w:val="22"/>
        </w:rPr>
        <w:t>assinar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este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termo</w:t>
      </w:r>
      <w:proofErr w:type="spellEnd"/>
      <w:r w:rsidRPr="00225AA3">
        <w:rPr>
          <w:rFonts w:ascii="Palatino Linotype" w:hAnsi="Palatino Linotype"/>
          <w:sz w:val="22"/>
        </w:rPr>
        <w:t xml:space="preserve">, </w:t>
      </w:r>
      <w:proofErr w:type="spellStart"/>
      <w:r w:rsidRPr="00225AA3">
        <w:rPr>
          <w:rFonts w:ascii="Palatino Linotype" w:hAnsi="Palatino Linotype"/>
          <w:sz w:val="22"/>
        </w:rPr>
        <w:t>cada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>
        <w:rPr>
          <w:rFonts w:ascii="Palatino Linotype" w:hAnsi="Palatino Linotype"/>
          <w:sz w:val="22"/>
        </w:rPr>
        <w:t>responsável</w:t>
      </w:r>
      <w:proofErr w:type="spellEnd"/>
      <w:r>
        <w:rPr>
          <w:rFonts w:ascii="Palatino Linotype" w:hAnsi="Palatino Linotype"/>
          <w:sz w:val="22"/>
        </w:rPr>
        <w:t xml:space="preserve"> legal</w:t>
      </w:r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declara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que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autoriza</w:t>
      </w:r>
      <w:proofErr w:type="spellEnd"/>
      <w:r>
        <w:rPr>
          <w:rFonts w:ascii="Palatino Linotype" w:hAnsi="Palatino Linotype"/>
          <w:sz w:val="22"/>
        </w:rPr>
        <w:t>,</w:t>
      </w:r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nas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mesmas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condições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deste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termo</w:t>
      </w:r>
      <w:proofErr w:type="spellEnd"/>
      <w:r w:rsidRPr="00225AA3">
        <w:rPr>
          <w:rFonts w:ascii="Palatino Linotype" w:hAnsi="Palatino Linotype"/>
          <w:sz w:val="22"/>
        </w:rPr>
        <w:t xml:space="preserve">, a </w:t>
      </w:r>
      <w:proofErr w:type="spellStart"/>
      <w:r w:rsidRPr="00225AA3">
        <w:rPr>
          <w:rFonts w:ascii="Palatino Linotype" w:hAnsi="Palatino Linotype"/>
          <w:sz w:val="22"/>
        </w:rPr>
        <w:t>utilização</w:t>
      </w:r>
      <w:proofErr w:type="spellEnd"/>
      <w:r w:rsidRPr="00225AA3">
        <w:rPr>
          <w:rFonts w:ascii="Palatino Linotype" w:hAnsi="Palatino Linotype"/>
          <w:sz w:val="22"/>
        </w:rPr>
        <w:t xml:space="preserve"> da </w:t>
      </w:r>
      <w:proofErr w:type="spellStart"/>
      <w:r w:rsidRPr="00225AA3">
        <w:rPr>
          <w:rFonts w:ascii="Palatino Linotype" w:hAnsi="Palatino Linotype"/>
          <w:sz w:val="22"/>
        </w:rPr>
        <w:t>imagem</w:t>
      </w:r>
      <w:proofErr w:type="spellEnd"/>
      <w:r w:rsidRPr="00225AA3">
        <w:rPr>
          <w:rFonts w:ascii="Palatino Linotype" w:hAnsi="Palatino Linotype"/>
          <w:sz w:val="22"/>
        </w:rPr>
        <w:t xml:space="preserve"> da </w:t>
      </w:r>
      <w:proofErr w:type="spellStart"/>
      <w:r w:rsidRPr="00225AA3">
        <w:rPr>
          <w:rFonts w:ascii="Palatino Linotype" w:hAnsi="Palatino Linotype"/>
          <w:sz w:val="22"/>
        </w:rPr>
        <w:t>pessoa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acima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identificada</w:t>
      </w:r>
      <w:proofErr w:type="spellEnd"/>
      <w:r>
        <w:rPr>
          <w:rFonts w:ascii="Palatino Linotype" w:hAnsi="Palatino Linotype"/>
          <w:sz w:val="22"/>
        </w:rPr>
        <w:t xml:space="preserve"> sob </w:t>
      </w:r>
      <w:proofErr w:type="spellStart"/>
      <w:r>
        <w:rPr>
          <w:rFonts w:ascii="Palatino Linotype" w:hAnsi="Palatino Linotype"/>
          <w:sz w:val="22"/>
        </w:rPr>
        <w:t>sua</w:t>
      </w:r>
      <w:proofErr w:type="spellEnd"/>
      <w:r>
        <w:rPr>
          <w:rFonts w:ascii="Palatino Linotype" w:hAnsi="Palatino Linotype"/>
          <w:sz w:val="22"/>
        </w:rPr>
        <w:t xml:space="preserve"> </w:t>
      </w:r>
      <w:proofErr w:type="spellStart"/>
      <w:r>
        <w:rPr>
          <w:rFonts w:ascii="Palatino Linotype" w:hAnsi="Palatino Linotype"/>
          <w:sz w:val="22"/>
        </w:rPr>
        <w:t>responsabilidade</w:t>
      </w:r>
      <w:proofErr w:type="spellEnd"/>
      <w:r>
        <w:rPr>
          <w:rFonts w:ascii="Palatino Linotype" w:hAnsi="Palatino Linotype"/>
          <w:sz w:val="22"/>
        </w:rPr>
        <w:t>,</w:t>
      </w:r>
      <w:r w:rsidRPr="00225AA3">
        <w:rPr>
          <w:rFonts w:ascii="Palatino Linotype" w:hAnsi="Palatino Linotype"/>
          <w:sz w:val="22"/>
        </w:rPr>
        <w:t xml:space="preserve"> para as </w:t>
      </w:r>
      <w:proofErr w:type="spellStart"/>
      <w:r w:rsidRPr="00225AA3">
        <w:rPr>
          <w:rFonts w:ascii="Palatino Linotype" w:hAnsi="Palatino Linotype"/>
          <w:sz w:val="22"/>
        </w:rPr>
        <w:t>finalidades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aqui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descritas</w:t>
      </w:r>
      <w:proofErr w:type="spellEnd"/>
      <w:r w:rsidRPr="00225AA3">
        <w:rPr>
          <w:rFonts w:ascii="Palatino Linotype" w:hAnsi="Palatino Linotype"/>
          <w:sz w:val="22"/>
        </w:rPr>
        <w:t>.</w:t>
      </w:r>
    </w:p>
    <w:p w14:paraId="137F2F14" w14:textId="77777777" w:rsidR="00B229C0" w:rsidRPr="00225AA3" w:rsidRDefault="00B229C0" w:rsidP="00C7798D">
      <w:pPr>
        <w:spacing w:after="160"/>
        <w:jc w:val="both"/>
        <w:rPr>
          <w:rFonts w:ascii="Palatino Linotype" w:hAnsi="Palatino Linotype"/>
          <w:sz w:val="22"/>
        </w:rPr>
      </w:pPr>
    </w:p>
    <w:p w14:paraId="516E5E7F" w14:textId="0C91778C" w:rsidR="00712F1E" w:rsidRPr="00B229C0" w:rsidRDefault="00000000" w:rsidP="00B229C0">
      <w:pPr>
        <w:pStyle w:val="PargrafodaLista"/>
        <w:numPr>
          <w:ilvl w:val="0"/>
          <w:numId w:val="11"/>
        </w:numPr>
        <w:spacing w:before="200"/>
        <w:jc w:val="both"/>
        <w:rPr>
          <w:rFonts w:ascii="Palatino Linotype" w:hAnsi="Palatino Linotype"/>
          <w:sz w:val="22"/>
        </w:rPr>
      </w:pPr>
      <w:r w:rsidRPr="00B229C0">
        <w:rPr>
          <w:rFonts w:ascii="Palatino Linotype" w:hAnsi="Palatino Linotype"/>
          <w:b/>
          <w:sz w:val="22"/>
        </w:rPr>
        <w:t>DECLARAÇÃO FINAL</w:t>
      </w:r>
    </w:p>
    <w:p w14:paraId="122C1697" w14:textId="41253B88" w:rsidR="00712F1E" w:rsidRPr="00225AA3" w:rsidRDefault="00000000" w:rsidP="00C7798D">
      <w:pPr>
        <w:spacing w:after="200"/>
        <w:jc w:val="both"/>
        <w:rPr>
          <w:rFonts w:ascii="Palatino Linotype" w:hAnsi="Palatino Linotype"/>
          <w:sz w:val="22"/>
        </w:rPr>
      </w:pPr>
      <w:r w:rsidRPr="00225AA3">
        <w:rPr>
          <w:rFonts w:ascii="Palatino Linotype" w:hAnsi="Palatino Linotype"/>
          <w:sz w:val="22"/>
        </w:rPr>
        <w:t>A</w:t>
      </w:r>
      <w:r w:rsidR="00B229C0">
        <w:rPr>
          <w:rFonts w:ascii="Palatino Linotype" w:hAnsi="Palatino Linotype"/>
          <w:sz w:val="22"/>
        </w:rPr>
        <w:t>(</w:t>
      </w:r>
      <w:r w:rsidRPr="00225AA3">
        <w:rPr>
          <w:rFonts w:ascii="Palatino Linotype" w:hAnsi="Palatino Linotype"/>
          <w:sz w:val="22"/>
        </w:rPr>
        <w:t>s</w:t>
      </w:r>
      <w:r w:rsidR="00B229C0">
        <w:rPr>
          <w:rFonts w:ascii="Palatino Linotype" w:hAnsi="Palatino Linotype"/>
          <w:sz w:val="22"/>
        </w:rPr>
        <w:t>)</w:t>
      </w:r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pessoa</w:t>
      </w:r>
      <w:proofErr w:type="spellEnd"/>
      <w:r w:rsidR="00B229C0">
        <w:rPr>
          <w:rFonts w:ascii="Palatino Linotype" w:hAnsi="Palatino Linotype"/>
          <w:sz w:val="22"/>
        </w:rPr>
        <w:t>(</w:t>
      </w:r>
      <w:r w:rsidRPr="00225AA3">
        <w:rPr>
          <w:rFonts w:ascii="Palatino Linotype" w:hAnsi="Palatino Linotype"/>
          <w:sz w:val="22"/>
        </w:rPr>
        <w:t>s</w:t>
      </w:r>
      <w:r w:rsidR="00B229C0">
        <w:rPr>
          <w:rFonts w:ascii="Palatino Linotype" w:hAnsi="Palatino Linotype"/>
          <w:sz w:val="22"/>
        </w:rPr>
        <w:t>)</w:t>
      </w:r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que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assina</w:t>
      </w:r>
      <w:proofErr w:type="spellEnd"/>
      <w:r w:rsidR="00B229C0">
        <w:rPr>
          <w:rFonts w:ascii="Palatino Linotype" w:hAnsi="Palatino Linotype"/>
          <w:sz w:val="22"/>
        </w:rPr>
        <w:t>(</w:t>
      </w:r>
      <w:r w:rsidRPr="00225AA3">
        <w:rPr>
          <w:rFonts w:ascii="Palatino Linotype" w:hAnsi="Palatino Linotype"/>
          <w:sz w:val="22"/>
        </w:rPr>
        <w:t>m</w:t>
      </w:r>
      <w:r w:rsidR="00B229C0">
        <w:rPr>
          <w:rFonts w:ascii="Palatino Linotype" w:hAnsi="Palatino Linotype"/>
          <w:sz w:val="22"/>
        </w:rPr>
        <w:t>)</w:t>
      </w:r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este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termo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declara</w:t>
      </w:r>
      <w:proofErr w:type="spellEnd"/>
      <w:r w:rsidR="00B229C0">
        <w:rPr>
          <w:rFonts w:ascii="Palatino Linotype" w:hAnsi="Palatino Linotype"/>
          <w:sz w:val="22"/>
        </w:rPr>
        <w:t>(</w:t>
      </w:r>
      <w:r w:rsidRPr="00225AA3">
        <w:rPr>
          <w:rFonts w:ascii="Palatino Linotype" w:hAnsi="Palatino Linotype"/>
          <w:sz w:val="22"/>
        </w:rPr>
        <w:t>m</w:t>
      </w:r>
      <w:r w:rsidR="00B229C0">
        <w:rPr>
          <w:rFonts w:ascii="Palatino Linotype" w:hAnsi="Palatino Linotype"/>
          <w:sz w:val="22"/>
        </w:rPr>
        <w:t>)</w:t>
      </w:r>
      <w:r w:rsidRPr="00225AA3">
        <w:rPr>
          <w:rFonts w:ascii="Palatino Linotype" w:hAnsi="Palatino Linotype"/>
          <w:sz w:val="22"/>
        </w:rPr>
        <w:t xml:space="preserve"> ter </w:t>
      </w:r>
      <w:proofErr w:type="spellStart"/>
      <w:r w:rsidRPr="00225AA3">
        <w:rPr>
          <w:rFonts w:ascii="Palatino Linotype" w:hAnsi="Palatino Linotype"/>
          <w:sz w:val="22"/>
        </w:rPr>
        <w:t>compreendido</w:t>
      </w:r>
      <w:proofErr w:type="spellEnd"/>
      <w:r w:rsidRPr="00225AA3">
        <w:rPr>
          <w:rFonts w:ascii="Palatino Linotype" w:hAnsi="Palatino Linotype"/>
          <w:sz w:val="22"/>
        </w:rPr>
        <w:t xml:space="preserve"> as finalidades e condições da utilização de suas imagens e, por ser </w:t>
      </w:r>
      <w:proofErr w:type="spellStart"/>
      <w:r w:rsidRPr="00225AA3">
        <w:rPr>
          <w:rFonts w:ascii="Palatino Linotype" w:hAnsi="Palatino Linotype"/>
          <w:sz w:val="22"/>
        </w:rPr>
        <w:t>expressão</w:t>
      </w:r>
      <w:proofErr w:type="spellEnd"/>
      <w:r w:rsidRPr="00225AA3">
        <w:rPr>
          <w:rFonts w:ascii="Palatino Linotype" w:hAnsi="Palatino Linotype"/>
          <w:sz w:val="22"/>
        </w:rPr>
        <w:t xml:space="preserve"> de </w:t>
      </w:r>
      <w:proofErr w:type="spellStart"/>
      <w:r w:rsidRPr="00225AA3">
        <w:rPr>
          <w:rFonts w:ascii="Palatino Linotype" w:hAnsi="Palatino Linotype"/>
          <w:sz w:val="22"/>
        </w:rPr>
        <w:t>sua</w:t>
      </w:r>
      <w:proofErr w:type="spellEnd"/>
      <w:r w:rsidRPr="00225AA3">
        <w:rPr>
          <w:rFonts w:ascii="Palatino Linotype" w:hAnsi="Palatino Linotype"/>
          <w:sz w:val="22"/>
        </w:rPr>
        <w:t xml:space="preserve"> livre </w:t>
      </w:r>
      <w:proofErr w:type="spellStart"/>
      <w:r w:rsidRPr="00225AA3">
        <w:rPr>
          <w:rFonts w:ascii="Palatino Linotype" w:hAnsi="Palatino Linotype"/>
          <w:sz w:val="22"/>
        </w:rPr>
        <w:t>vontade</w:t>
      </w:r>
      <w:proofErr w:type="spellEnd"/>
      <w:r w:rsidRPr="00225AA3">
        <w:rPr>
          <w:rFonts w:ascii="Palatino Linotype" w:hAnsi="Palatino Linotype"/>
          <w:sz w:val="22"/>
        </w:rPr>
        <w:t xml:space="preserve">, </w:t>
      </w:r>
      <w:proofErr w:type="spellStart"/>
      <w:r w:rsidRPr="00225AA3">
        <w:rPr>
          <w:rFonts w:ascii="Palatino Linotype" w:hAnsi="Palatino Linotype"/>
          <w:sz w:val="22"/>
        </w:rPr>
        <w:t>firma</w:t>
      </w:r>
      <w:proofErr w:type="spellEnd"/>
      <w:r w:rsidR="00B229C0">
        <w:rPr>
          <w:rFonts w:ascii="Palatino Linotype" w:hAnsi="Palatino Linotype"/>
          <w:sz w:val="22"/>
        </w:rPr>
        <w:t>(</w:t>
      </w:r>
      <w:r w:rsidRPr="00225AA3">
        <w:rPr>
          <w:rFonts w:ascii="Palatino Linotype" w:hAnsi="Palatino Linotype"/>
          <w:sz w:val="22"/>
        </w:rPr>
        <w:t>m</w:t>
      </w:r>
      <w:r w:rsidR="00B229C0">
        <w:rPr>
          <w:rFonts w:ascii="Palatino Linotype" w:hAnsi="Palatino Linotype"/>
          <w:sz w:val="22"/>
        </w:rPr>
        <w:t>)</w:t>
      </w:r>
      <w:r w:rsidRPr="00225AA3">
        <w:rPr>
          <w:rFonts w:ascii="Palatino Linotype" w:hAnsi="Palatino Linotype"/>
          <w:sz w:val="22"/>
        </w:rPr>
        <w:t xml:space="preserve"> o </w:t>
      </w:r>
      <w:proofErr w:type="spellStart"/>
      <w:r w:rsidRPr="00225AA3">
        <w:rPr>
          <w:rFonts w:ascii="Palatino Linotype" w:hAnsi="Palatino Linotype"/>
          <w:sz w:val="22"/>
        </w:rPr>
        <w:t>presente</w:t>
      </w:r>
      <w:proofErr w:type="spellEnd"/>
      <w:r w:rsidRPr="00225AA3">
        <w:rPr>
          <w:rFonts w:ascii="Palatino Linotype" w:hAnsi="Palatino Linotype"/>
          <w:sz w:val="22"/>
        </w:rPr>
        <w:t xml:space="preserve"> </w:t>
      </w:r>
      <w:proofErr w:type="spellStart"/>
      <w:r w:rsidRPr="00225AA3">
        <w:rPr>
          <w:rFonts w:ascii="Palatino Linotype" w:hAnsi="Palatino Linotype"/>
          <w:sz w:val="22"/>
        </w:rPr>
        <w:t>Termo</w:t>
      </w:r>
      <w:proofErr w:type="spellEnd"/>
      <w:r w:rsidRPr="00225AA3">
        <w:rPr>
          <w:rFonts w:ascii="Palatino Linotype" w:hAnsi="Palatino Linotype"/>
          <w:sz w:val="22"/>
        </w:rPr>
        <w:t xml:space="preserve"> de </w:t>
      </w:r>
      <w:proofErr w:type="spellStart"/>
      <w:r w:rsidRPr="00225AA3">
        <w:rPr>
          <w:rFonts w:ascii="Palatino Linotype" w:hAnsi="Palatino Linotype"/>
          <w:sz w:val="22"/>
        </w:rPr>
        <w:t>Autorização</w:t>
      </w:r>
      <w:proofErr w:type="spellEnd"/>
      <w:r w:rsidRPr="00225AA3">
        <w:rPr>
          <w:rFonts w:ascii="Palatino Linotype" w:hAnsi="Palatino Linotype"/>
          <w:sz w:val="22"/>
        </w:rPr>
        <w:t xml:space="preserve"> para Uso de Imagem.</w:t>
      </w:r>
    </w:p>
    <w:p w14:paraId="0777C4BE" w14:textId="77777777" w:rsidR="00B229C0" w:rsidRDefault="00B229C0" w:rsidP="00C7798D">
      <w:pPr>
        <w:spacing w:after="360"/>
        <w:jc w:val="both"/>
        <w:rPr>
          <w:rFonts w:ascii="Palatino Linotype" w:hAnsi="Palatino Linotype"/>
          <w:sz w:val="22"/>
        </w:rPr>
      </w:pPr>
    </w:p>
    <w:p w14:paraId="406B5A46" w14:textId="6DEF114E" w:rsidR="00712F1E" w:rsidRPr="00225AA3" w:rsidRDefault="00000000" w:rsidP="00C7798D">
      <w:pPr>
        <w:spacing w:after="360"/>
        <w:jc w:val="both"/>
        <w:rPr>
          <w:rFonts w:ascii="Palatino Linotype" w:hAnsi="Palatino Linotype"/>
          <w:sz w:val="22"/>
        </w:rPr>
      </w:pPr>
      <w:r w:rsidRPr="00225AA3">
        <w:rPr>
          <w:rFonts w:ascii="Palatino Linotype" w:hAnsi="Palatino Linotype"/>
          <w:sz w:val="22"/>
        </w:rPr>
        <w:t>__________________________, _____ de __________________ de __________.</w:t>
      </w:r>
    </w:p>
    <w:p w14:paraId="186B766B" w14:textId="77777777" w:rsidR="00B229C0" w:rsidRDefault="00B229C0" w:rsidP="00C7798D">
      <w:pPr>
        <w:spacing w:after="0"/>
        <w:jc w:val="both"/>
        <w:rPr>
          <w:rFonts w:ascii="Palatino Linotype" w:hAnsi="Palatino Linotype"/>
          <w:sz w:val="22"/>
        </w:rPr>
      </w:pPr>
    </w:p>
    <w:p w14:paraId="71730AD7" w14:textId="086C0FB4" w:rsidR="00712F1E" w:rsidRPr="00B229C0" w:rsidRDefault="00000000" w:rsidP="00C7798D">
      <w:pPr>
        <w:spacing w:after="0"/>
        <w:jc w:val="both"/>
        <w:rPr>
          <w:rFonts w:ascii="Palatino Linotype" w:hAnsi="Palatino Linotype"/>
          <w:sz w:val="20"/>
          <w:szCs w:val="20"/>
        </w:rPr>
      </w:pPr>
      <w:proofErr w:type="spellStart"/>
      <w:r w:rsidRPr="00B229C0">
        <w:rPr>
          <w:rFonts w:ascii="Palatino Linotype" w:hAnsi="Palatino Linotype"/>
          <w:sz w:val="20"/>
          <w:szCs w:val="20"/>
        </w:rPr>
        <w:t>Documento</w:t>
      </w:r>
      <w:proofErr w:type="spellEnd"/>
      <w:r w:rsidRPr="00B229C0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B229C0">
        <w:rPr>
          <w:rFonts w:ascii="Palatino Linotype" w:hAnsi="Palatino Linotype"/>
          <w:sz w:val="20"/>
          <w:szCs w:val="20"/>
        </w:rPr>
        <w:t>destinado</w:t>
      </w:r>
      <w:proofErr w:type="spellEnd"/>
      <w:r w:rsidRPr="00B229C0">
        <w:rPr>
          <w:rFonts w:ascii="Palatino Linotype" w:hAnsi="Palatino Linotype"/>
          <w:sz w:val="20"/>
          <w:szCs w:val="20"/>
        </w:rPr>
        <w:t xml:space="preserve"> à </w:t>
      </w:r>
      <w:proofErr w:type="spellStart"/>
      <w:r w:rsidRPr="00B229C0">
        <w:rPr>
          <w:rFonts w:ascii="Palatino Linotype" w:hAnsi="Palatino Linotype"/>
          <w:sz w:val="20"/>
          <w:szCs w:val="20"/>
        </w:rPr>
        <w:t>utilização</w:t>
      </w:r>
      <w:proofErr w:type="spellEnd"/>
      <w:r w:rsidRPr="00B229C0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B229C0">
        <w:rPr>
          <w:rFonts w:ascii="Palatino Linotype" w:hAnsi="Palatino Linotype"/>
          <w:sz w:val="20"/>
          <w:szCs w:val="20"/>
        </w:rPr>
        <w:t>em</w:t>
      </w:r>
      <w:proofErr w:type="spellEnd"/>
      <w:r w:rsidRPr="00B229C0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B229C0">
        <w:rPr>
          <w:rFonts w:ascii="Palatino Linotype" w:hAnsi="Palatino Linotype"/>
          <w:sz w:val="20"/>
          <w:szCs w:val="20"/>
        </w:rPr>
        <w:t>publicações</w:t>
      </w:r>
      <w:proofErr w:type="spellEnd"/>
      <w:r w:rsidRPr="00B229C0">
        <w:rPr>
          <w:rFonts w:ascii="Palatino Linotype" w:hAnsi="Palatino Linotype"/>
          <w:sz w:val="20"/>
          <w:szCs w:val="20"/>
        </w:rPr>
        <w:t xml:space="preserve"> da </w:t>
      </w:r>
      <w:r w:rsidRPr="00B229C0">
        <w:rPr>
          <w:rFonts w:ascii="Palatino Linotype" w:hAnsi="Palatino Linotype"/>
          <w:i/>
          <w:iCs/>
          <w:sz w:val="20"/>
          <w:szCs w:val="20"/>
        </w:rPr>
        <w:t xml:space="preserve">Revista </w:t>
      </w:r>
      <w:proofErr w:type="spellStart"/>
      <w:r w:rsidRPr="00B229C0">
        <w:rPr>
          <w:rFonts w:ascii="Palatino Linotype" w:hAnsi="Palatino Linotype"/>
          <w:i/>
          <w:iCs/>
          <w:sz w:val="20"/>
          <w:szCs w:val="20"/>
        </w:rPr>
        <w:t>Ciência</w:t>
      </w:r>
      <w:proofErr w:type="spellEnd"/>
      <w:r w:rsidRPr="00B229C0">
        <w:rPr>
          <w:rFonts w:ascii="Palatino Linotype" w:hAnsi="Palatino Linotype"/>
          <w:i/>
          <w:iCs/>
          <w:sz w:val="20"/>
          <w:szCs w:val="20"/>
        </w:rPr>
        <w:t xml:space="preserve"> </w:t>
      </w:r>
      <w:proofErr w:type="spellStart"/>
      <w:r w:rsidRPr="00B229C0">
        <w:rPr>
          <w:rFonts w:ascii="Palatino Linotype" w:hAnsi="Palatino Linotype"/>
          <w:i/>
          <w:iCs/>
          <w:sz w:val="20"/>
          <w:szCs w:val="20"/>
        </w:rPr>
        <w:t>em</w:t>
      </w:r>
      <w:proofErr w:type="spellEnd"/>
      <w:r w:rsidRPr="00B229C0">
        <w:rPr>
          <w:rFonts w:ascii="Palatino Linotype" w:hAnsi="Palatino Linotype"/>
          <w:i/>
          <w:iCs/>
          <w:sz w:val="20"/>
          <w:szCs w:val="20"/>
        </w:rPr>
        <w:t xml:space="preserve"> </w:t>
      </w:r>
      <w:proofErr w:type="spellStart"/>
      <w:r w:rsidRPr="00B229C0">
        <w:rPr>
          <w:rFonts w:ascii="Palatino Linotype" w:hAnsi="Palatino Linotype"/>
          <w:i/>
          <w:iCs/>
          <w:sz w:val="20"/>
          <w:szCs w:val="20"/>
        </w:rPr>
        <w:t>Extensão</w:t>
      </w:r>
      <w:proofErr w:type="spellEnd"/>
      <w:r w:rsidRPr="00B229C0">
        <w:rPr>
          <w:rFonts w:ascii="Palatino Linotype" w:hAnsi="Palatino Linotype"/>
          <w:sz w:val="20"/>
          <w:szCs w:val="20"/>
        </w:rPr>
        <w:t xml:space="preserve"> (</w:t>
      </w:r>
      <w:r w:rsidRPr="00B229C0">
        <w:rPr>
          <w:rFonts w:ascii="Palatino Linotype" w:hAnsi="Palatino Linotype"/>
          <w:i/>
          <w:iCs/>
          <w:sz w:val="20"/>
          <w:szCs w:val="20"/>
        </w:rPr>
        <w:t>RCE</w:t>
      </w:r>
      <w:r w:rsidRPr="00B229C0">
        <w:rPr>
          <w:rFonts w:ascii="Palatino Linotype" w:hAnsi="Palatino Linotype"/>
          <w:sz w:val="20"/>
          <w:szCs w:val="20"/>
        </w:rPr>
        <w:t>)</w:t>
      </w:r>
      <w:r w:rsidR="00B229C0" w:rsidRPr="00B229C0">
        <w:rPr>
          <w:rFonts w:ascii="Palatino Linotype" w:hAnsi="Palatino Linotype"/>
          <w:sz w:val="20"/>
          <w:szCs w:val="20"/>
        </w:rPr>
        <w:t>, da</w:t>
      </w:r>
      <w:r w:rsidRPr="00B229C0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B229C0">
        <w:rPr>
          <w:rFonts w:ascii="Palatino Linotype" w:hAnsi="Palatino Linotype"/>
          <w:sz w:val="20"/>
          <w:szCs w:val="20"/>
        </w:rPr>
        <w:t>Proec</w:t>
      </w:r>
      <w:proofErr w:type="spellEnd"/>
      <w:r w:rsidR="00B229C0" w:rsidRPr="00B229C0">
        <w:rPr>
          <w:rFonts w:ascii="Palatino Linotype" w:hAnsi="Palatino Linotype"/>
          <w:sz w:val="20"/>
          <w:szCs w:val="20"/>
        </w:rPr>
        <w:t xml:space="preserve"> </w:t>
      </w:r>
      <w:r w:rsidRPr="00B229C0">
        <w:rPr>
          <w:rFonts w:ascii="Palatino Linotype" w:hAnsi="Palatino Linotype"/>
          <w:sz w:val="20"/>
          <w:szCs w:val="20"/>
        </w:rPr>
        <w:t>/</w:t>
      </w:r>
      <w:proofErr w:type="spellStart"/>
      <w:r w:rsidRPr="00B229C0">
        <w:rPr>
          <w:rFonts w:ascii="Palatino Linotype" w:hAnsi="Palatino Linotype"/>
          <w:sz w:val="20"/>
          <w:szCs w:val="20"/>
        </w:rPr>
        <w:t>Unesp</w:t>
      </w:r>
      <w:proofErr w:type="spellEnd"/>
      <w:r w:rsidRPr="00B229C0">
        <w:rPr>
          <w:rFonts w:ascii="Palatino Linotype" w:hAnsi="Palatino Linotype"/>
          <w:sz w:val="20"/>
          <w:szCs w:val="20"/>
        </w:rPr>
        <w:t>.</w:t>
      </w:r>
    </w:p>
    <w:sectPr w:rsidR="00712F1E" w:rsidRPr="00B229C0" w:rsidSect="00B4582F">
      <w:headerReference w:type="default" r:id="rId8"/>
      <w:footerReference w:type="default" r:id="rId9"/>
      <w:pgSz w:w="12240" w:h="15840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1A187" w14:textId="77777777" w:rsidR="00744170" w:rsidRDefault="00744170">
      <w:pPr>
        <w:spacing w:after="0" w:line="240" w:lineRule="auto"/>
      </w:pPr>
      <w:r>
        <w:separator/>
      </w:r>
    </w:p>
  </w:endnote>
  <w:endnote w:type="continuationSeparator" w:id="0">
    <w:p w14:paraId="39D423C2" w14:textId="77777777" w:rsidR="00744170" w:rsidRDefault="00744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obold">
    <w:altName w:val="Calibri"/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9CA11" w14:textId="07670AD0" w:rsidR="00712F1E" w:rsidRDefault="00712F1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047DA" w14:textId="77777777" w:rsidR="00744170" w:rsidRDefault="00744170">
      <w:pPr>
        <w:spacing w:after="0" w:line="240" w:lineRule="auto"/>
      </w:pPr>
      <w:r>
        <w:separator/>
      </w:r>
    </w:p>
  </w:footnote>
  <w:footnote w:type="continuationSeparator" w:id="0">
    <w:p w14:paraId="04B58696" w14:textId="77777777" w:rsidR="00744170" w:rsidRDefault="00744170">
      <w:pPr>
        <w:spacing w:after="0" w:line="240" w:lineRule="auto"/>
      </w:pPr>
      <w:r>
        <w:continuationSeparator/>
      </w:r>
    </w:p>
  </w:footnote>
  <w:footnote w:id="1">
    <w:p w14:paraId="0FFDAFC0" w14:textId="73DCBA20" w:rsidR="00AF769A" w:rsidRPr="00B229C0" w:rsidRDefault="00AF769A" w:rsidP="00AF769A">
      <w:pPr>
        <w:spacing w:after="160"/>
        <w:jc w:val="both"/>
        <w:rPr>
          <w:rFonts w:ascii="Palatino Linotype" w:hAnsi="Palatino Linotype"/>
          <w:sz w:val="19"/>
          <w:szCs w:val="19"/>
        </w:rPr>
      </w:pPr>
      <w:r w:rsidRPr="00B229C0">
        <w:rPr>
          <w:rStyle w:val="Refdenotaderodap"/>
          <w:sz w:val="19"/>
          <w:szCs w:val="19"/>
        </w:rPr>
        <w:footnoteRef/>
      </w:r>
      <w:r w:rsidRPr="00B229C0">
        <w:rPr>
          <w:sz w:val="19"/>
          <w:szCs w:val="19"/>
        </w:rPr>
        <w:t xml:space="preserve"> </w:t>
      </w:r>
      <w:r w:rsidRPr="00B229C0">
        <w:rPr>
          <w:rFonts w:ascii="Palatino Linotype" w:hAnsi="Palatino Linotype"/>
          <w:sz w:val="19"/>
          <w:szCs w:val="19"/>
        </w:rPr>
        <w:t xml:space="preserve">Quando </w:t>
      </w:r>
      <w:proofErr w:type="spellStart"/>
      <w:r w:rsidRPr="00B229C0">
        <w:rPr>
          <w:rFonts w:ascii="Palatino Linotype" w:hAnsi="Palatino Linotype"/>
          <w:sz w:val="19"/>
          <w:szCs w:val="19"/>
        </w:rPr>
        <w:t>houver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mais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de </w:t>
      </w:r>
      <w:proofErr w:type="spellStart"/>
      <w:r w:rsidRPr="00B229C0">
        <w:rPr>
          <w:rFonts w:ascii="Palatino Linotype" w:hAnsi="Palatino Linotype"/>
          <w:sz w:val="19"/>
          <w:szCs w:val="19"/>
        </w:rPr>
        <w:t>uma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fotografia</w:t>
      </w:r>
      <w:proofErr w:type="spellEnd"/>
      <w:r>
        <w:rPr>
          <w:rFonts w:ascii="Palatino Linotype" w:hAnsi="Palatino Linotype"/>
          <w:sz w:val="19"/>
          <w:szCs w:val="19"/>
        </w:rPr>
        <w:t xml:space="preserve"> </w:t>
      </w:r>
      <w:proofErr w:type="spellStart"/>
      <w:r>
        <w:rPr>
          <w:rFonts w:ascii="Palatino Linotype" w:hAnsi="Palatino Linotype"/>
          <w:sz w:val="19"/>
          <w:szCs w:val="19"/>
        </w:rPr>
        <w:t>ou</w:t>
      </w:r>
      <w:proofErr w:type="spellEnd"/>
      <w:r>
        <w:rPr>
          <w:rFonts w:ascii="Palatino Linotype" w:hAnsi="Palatino Linotype"/>
          <w:sz w:val="19"/>
          <w:szCs w:val="19"/>
        </w:rPr>
        <w:t xml:space="preserve"> </w:t>
      </w:r>
      <w:proofErr w:type="spellStart"/>
      <w:r>
        <w:rPr>
          <w:rFonts w:ascii="Palatino Linotype" w:hAnsi="Palatino Linotype"/>
          <w:sz w:val="19"/>
          <w:szCs w:val="19"/>
        </w:rPr>
        <w:t>registro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, </w:t>
      </w:r>
      <w:proofErr w:type="spellStart"/>
      <w:r w:rsidRPr="00B229C0">
        <w:rPr>
          <w:rFonts w:ascii="Palatino Linotype" w:hAnsi="Palatino Linotype"/>
          <w:sz w:val="19"/>
          <w:szCs w:val="19"/>
        </w:rPr>
        <w:t>est</w:t>
      </w:r>
      <w:r>
        <w:rPr>
          <w:rFonts w:ascii="Palatino Linotype" w:hAnsi="Palatino Linotype"/>
          <w:sz w:val="19"/>
          <w:szCs w:val="19"/>
        </w:rPr>
        <w:t>e</w:t>
      </w:r>
      <w:r w:rsidRPr="00B229C0">
        <w:rPr>
          <w:rFonts w:ascii="Palatino Linotype" w:hAnsi="Palatino Linotype"/>
          <w:sz w:val="19"/>
          <w:szCs w:val="19"/>
        </w:rPr>
        <w:t>s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deverão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ser </w:t>
      </w:r>
      <w:proofErr w:type="spellStart"/>
      <w:r w:rsidRPr="00B229C0">
        <w:rPr>
          <w:rFonts w:ascii="Palatino Linotype" w:hAnsi="Palatino Linotype"/>
          <w:sz w:val="19"/>
          <w:szCs w:val="19"/>
        </w:rPr>
        <w:t>identificad</w:t>
      </w:r>
      <w:r>
        <w:rPr>
          <w:rFonts w:ascii="Palatino Linotype" w:hAnsi="Palatino Linotype"/>
          <w:sz w:val="19"/>
          <w:szCs w:val="19"/>
        </w:rPr>
        <w:t>o</w:t>
      </w:r>
      <w:r w:rsidRPr="00B229C0">
        <w:rPr>
          <w:rFonts w:ascii="Palatino Linotype" w:hAnsi="Palatino Linotype"/>
          <w:sz w:val="19"/>
          <w:szCs w:val="19"/>
        </w:rPr>
        <w:t>s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por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número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ou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outra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forma de </w:t>
      </w:r>
      <w:proofErr w:type="spellStart"/>
      <w:r w:rsidRPr="00B229C0">
        <w:rPr>
          <w:rFonts w:ascii="Palatino Linotype" w:hAnsi="Palatino Linotype"/>
          <w:sz w:val="19"/>
          <w:szCs w:val="19"/>
        </w:rPr>
        <w:t>referência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que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permita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relacioná-l</w:t>
      </w:r>
      <w:r w:rsidR="005D2599">
        <w:rPr>
          <w:rFonts w:ascii="Palatino Linotype" w:hAnsi="Palatino Linotype"/>
          <w:sz w:val="19"/>
          <w:szCs w:val="19"/>
        </w:rPr>
        <w:t>o</w:t>
      </w:r>
      <w:r w:rsidRPr="00B229C0">
        <w:rPr>
          <w:rFonts w:ascii="Palatino Linotype" w:hAnsi="Palatino Linotype"/>
          <w:sz w:val="19"/>
          <w:szCs w:val="19"/>
        </w:rPr>
        <w:t>s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às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pessoas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que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assinam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este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termo</w:t>
      </w:r>
      <w:proofErr w:type="spellEnd"/>
      <w:r w:rsidRPr="00B229C0">
        <w:rPr>
          <w:rFonts w:ascii="Palatino Linotype" w:hAnsi="Palatino Linotype"/>
          <w:sz w:val="19"/>
          <w:szCs w:val="19"/>
        </w:rPr>
        <w:t>.</w:t>
      </w:r>
    </w:p>
  </w:footnote>
  <w:footnote w:id="2">
    <w:p w14:paraId="23F9AA1E" w14:textId="3A8317AA" w:rsidR="00B229C0" w:rsidRPr="00B229C0" w:rsidRDefault="00B229C0" w:rsidP="00B229C0">
      <w:pPr>
        <w:spacing w:before="100" w:after="0"/>
        <w:jc w:val="both"/>
        <w:rPr>
          <w:rFonts w:ascii="Palatino Linotype" w:hAnsi="Palatino Linotype"/>
          <w:sz w:val="19"/>
          <w:szCs w:val="19"/>
        </w:rPr>
      </w:pPr>
      <w:r w:rsidRPr="00B229C0">
        <w:rPr>
          <w:rStyle w:val="Refdenotaderodap"/>
          <w:sz w:val="19"/>
          <w:szCs w:val="19"/>
        </w:rPr>
        <w:footnoteRef/>
      </w:r>
      <w:r w:rsidRPr="00B229C0">
        <w:rPr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Observação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: </w:t>
      </w:r>
      <w:proofErr w:type="spellStart"/>
      <w:r w:rsidRPr="00B229C0">
        <w:rPr>
          <w:rFonts w:ascii="Palatino Linotype" w:hAnsi="Palatino Linotype"/>
          <w:sz w:val="19"/>
          <w:szCs w:val="19"/>
        </w:rPr>
        <w:t>quando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necessário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, </w:t>
      </w:r>
      <w:proofErr w:type="spellStart"/>
      <w:r w:rsidRPr="00B229C0">
        <w:rPr>
          <w:rFonts w:ascii="Palatino Linotype" w:hAnsi="Palatino Linotype"/>
          <w:sz w:val="19"/>
          <w:szCs w:val="19"/>
        </w:rPr>
        <w:t>esta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tabela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poderá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ser </w:t>
      </w:r>
      <w:proofErr w:type="spellStart"/>
      <w:r w:rsidRPr="00B229C0">
        <w:rPr>
          <w:rFonts w:ascii="Palatino Linotype" w:hAnsi="Palatino Linotype"/>
          <w:sz w:val="19"/>
          <w:szCs w:val="19"/>
        </w:rPr>
        <w:t>ampliada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em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folhas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adicionais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, </w:t>
      </w:r>
      <w:proofErr w:type="spellStart"/>
      <w:r w:rsidRPr="00B229C0">
        <w:rPr>
          <w:rFonts w:ascii="Palatino Linotype" w:hAnsi="Palatino Linotype"/>
          <w:sz w:val="19"/>
          <w:szCs w:val="19"/>
        </w:rPr>
        <w:t>que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deverão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ser </w:t>
      </w:r>
      <w:proofErr w:type="spellStart"/>
      <w:r w:rsidRPr="00B229C0">
        <w:rPr>
          <w:rFonts w:ascii="Palatino Linotype" w:hAnsi="Palatino Linotype"/>
          <w:sz w:val="19"/>
          <w:szCs w:val="19"/>
        </w:rPr>
        <w:t>consideradas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parte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integrante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deste</w:t>
      </w:r>
      <w:proofErr w:type="spellEnd"/>
      <w:r w:rsidRPr="00B229C0">
        <w:rPr>
          <w:rFonts w:ascii="Palatino Linotype" w:hAnsi="Palatino Linotype"/>
          <w:sz w:val="19"/>
          <w:szCs w:val="19"/>
        </w:rPr>
        <w:t xml:space="preserve"> </w:t>
      </w:r>
      <w:proofErr w:type="spellStart"/>
      <w:r w:rsidRPr="00B229C0">
        <w:rPr>
          <w:rFonts w:ascii="Palatino Linotype" w:hAnsi="Palatino Linotype"/>
          <w:sz w:val="19"/>
          <w:szCs w:val="19"/>
        </w:rPr>
        <w:t>termo</w:t>
      </w:r>
      <w:proofErr w:type="spellEnd"/>
      <w:r w:rsidRPr="00B229C0">
        <w:rPr>
          <w:rFonts w:ascii="Palatino Linotype" w:hAnsi="Palatino Linotype"/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8F37" w14:textId="49C78C1F" w:rsidR="00B4582F" w:rsidRDefault="00B4582F" w:rsidP="00B4582F">
    <w:pPr>
      <w:pStyle w:val="Cabealho"/>
      <w:tabs>
        <w:tab w:val="clear" w:pos="4680"/>
        <w:tab w:val="clear" w:pos="9360"/>
        <w:tab w:val="left" w:pos="373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6953790"/>
    <w:multiLevelType w:val="hybridMultilevel"/>
    <w:tmpl w:val="90D84294"/>
    <w:lvl w:ilvl="0" w:tplc="975294A8">
      <w:start w:val="5"/>
      <w:numFmt w:val="bullet"/>
      <w:lvlText w:val="-"/>
      <w:lvlJc w:val="left"/>
      <w:pPr>
        <w:ind w:left="530" w:hanging="360"/>
      </w:pPr>
      <w:rPr>
        <w:rFonts w:ascii="Palatino Linotype" w:eastAsiaTheme="minorEastAsia" w:hAnsi="Palatino Linotype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0" w15:restartNumberingAfterBreak="0">
    <w:nsid w:val="786104D0"/>
    <w:multiLevelType w:val="hybridMultilevel"/>
    <w:tmpl w:val="D376FFEC"/>
    <w:lvl w:ilvl="0" w:tplc="C6EAA2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E63D4B"/>
    <w:multiLevelType w:val="hybridMultilevel"/>
    <w:tmpl w:val="3BF6A246"/>
    <w:lvl w:ilvl="0" w:tplc="926E16B4">
      <w:start w:val="1"/>
      <w:numFmt w:val="upperRoman"/>
      <w:lvlText w:val="%1."/>
      <w:lvlJc w:val="left"/>
      <w:pPr>
        <w:ind w:left="140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61" w:hanging="360"/>
      </w:pPr>
    </w:lvl>
    <w:lvl w:ilvl="2" w:tplc="0416001B" w:tentative="1">
      <w:start w:val="1"/>
      <w:numFmt w:val="lowerRoman"/>
      <w:lvlText w:val="%3."/>
      <w:lvlJc w:val="right"/>
      <w:pPr>
        <w:ind w:left="2481" w:hanging="180"/>
      </w:pPr>
    </w:lvl>
    <w:lvl w:ilvl="3" w:tplc="0416000F" w:tentative="1">
      <w:start w:val="1"/>
      <w:numFmt w:val="decimal"/>
      <w:lvlText w:val="%4."/>
      <w:lvlJc w:val="left"/>
      <w:pPr>
        <w:ind w:left="3201" w:hanging="360"/>
      </w:pPr>
    </w:lvl>
    <w:lvl w:ilvl="4" w:tplc="04160019" w:tentative="1">
      <w:start w:val="1"/>
      <w:numFmt w:val="lowerLetter"/>
      <w:lvlText w:val="%5."/>
      <w:lvlJc w:val="left"/>
      <w:pPr>
        <w:ind w:left="3921" w:hanging="360"/>
      </w:pPr>
    </w:lvl>
    <w:lvl w:ilvl="5" w:tplc="0416001B" w:tentative="1">
      <w:start w:val="1"/>
      <w:numFmt w:val="lowerRoman"/>
      <w:lvlText w:val="%6."/>
      <w:lvlJc w:val="right"/>
      <w:pPr>
        <w:ind w:left="4641" w:hanging="180"/>
      </w:pPr>
    </w:lvl>
    <w:lvl w:ilvl="6" w:tplc="0416000F" w:tentative="1">
      <w:start w:val="1"/>
      <w:numFmt w:val="decimal"/>
      <w:lvlText w:val="%7."/>
      <w:lvlJc w:val="left"/>
      <w:pPr>
        <w:ind w:left="5361" w:hanging="360"/>
      </w:pPr>
    </w:lvl>
    <w:lvl w:ilvl="7" w:tplc="04160019" w:tentative="1">
      <w:start w:val="1"/>
      <w:numFmt w:val="lowerLetter"/>
      <w:lvlText w:val="%8."/>
      <w:lvlJc w:val="left"/>
      <w:pPr>
        <w:ind w:left="6081" w:hanging="360"/>
      </w:pPr>
    </w:lvl>
    <w:lvl w:ilvl="8" w:tplc="0416001B" w:tentative="1">
      <w:start w:val="1"/>
      <w:numFmt w:val="lowerRoman"/>
      <w:lvlText w:val="%9."/>
      <w:lvlJc w:val="right"/>
      <w:pPr>
        <w:ind w:left="6801" w:hanging="180"/>
      </w:pPr>
    </w:lvl>
  </w:abstractNum>
  <w:num w:numId="1" w16cid:durableId="2024746086">
    <w:abstractNumId w:val="8"/>
  </w:num>
  <w:num w:numId="2" w16cid:durableId="248857571">
    <w:abstractNumId w:val="6"/>
  </w:num>
  <w:num w:numId="3" w16cid:durableId="223029268">
    <w:abstractNumId w:val="5"/>
  </w:num>
  <w:num w:numId="4" w16cid:durableId="1597907824">
    <w:abstractNumId w:val="4"/>
  </w:num>
  <w:num w:numId="5" w16cid:durableId="1432162792">
    <w:abstractNumId w:val="7"/>
  </w:num>
  <w:num w:numId="6" w16cid:durableId="94330426">
    <w:abstractNumId w:val="3"/>
  </w:num>
  <w:num w:numId="7" w16cid:durableId="474564964">
    <w:abstractNumId w:val="2"/>
  </w:num>
  <w:num w:numId="8" w16cid:durableId="318729714">
    <w:abstractNumId w:val="1"/>
  </w:num>
  <w:num w:numId="9" w16cid:durableId="210699847">
    <w:abstractNumId w:val="0"/>
  </w:num>
  <w:num w:numId="10" w16cid:durableId="1564367466">
    <w:abstractNumId w:val="9"/>
  </w:num>
  <w:num w:numId="11" w16cid:durableId="411977301">
    <w:abstractNumId w:val="10"/>
  </w:num>
  <w:num w:numId="12" w16cid:durableId="14613388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74B2"/>
    <w:rsid w:val="00123DFD"/>
    <w:rsid w:val="0015074B"/>
    <w:rsid w:val="00225AA3"/>
    <w:rsid w:val="0029639D"/>
    <w:rsid w:val="00326F90"/>
    <w:rsid w:val="005D2599"/>
    <w:rsid w:val="00712F1E"/>
    <w:rsid w:val="00744170"/>
    <w:rsid w:val="00774EFB"/>
    <w:rsid w:val="00AA1D8D"/>
    <w:rsid w:val="00AB1D3D"/>
    <w:rsid w:val="00AF769A"/>
    <w:rsid w:val="00B229C0"/>
    <w:rsid w:val="00B40162"/>
    <w:rsid w:val="00B4582F"/>
    <w:rsid w:val="00B47730"/>
    <w:rsid w:val="00B631AE"/>
    <w:rsid w:val="00C7798D"/>
    <w:rsid w:val="00CB0664"/>
    <w:rsid w:val="00E22C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25D697"/>
  <w14:defaultImageDpi w14:val="300"/>
  <w15:docId w15:val="{CE7A2B40-41E3-4FBC-833B-3EF6BFDD6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631A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631AE"/>
    <w:rPr>
      <w:rFonts w:ascii="Arial" w:hAnsi="Arial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631AE"/>
    <w:rPr>
      <w:vertAlign w:val="superscript"/>
    </w:rPr>
  </w:style>
  <w:style w:type="table" w:styleId="TabelaSimples5">
    <w:name w:val="Plain Table 5"/>
    <w:basedOn w:val="Tabelanormal"/>
    <w:uiPriority w:val="99"/>
    <w:rsid w:val="00B4582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SimplesTabela2">
    <w:name w:val="Plain Table 2"/>
    <w:basedOn w:val="Tabelanormal"/>
    <w:uiPriority w:val="99"/>
    <w:rsid w:val="00B4582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578</Words>
  <Characters>3124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Cíntia Yuri Eto</cp:lastModifiedBy>
  <cp:revision>7</cp:revision>
  <cp:lastPrinted>2026-08-12T19:41:00Z</cp:lastPrinted>
  <dcterms:created xsi:type="dcterms:W3CDTF">2013-12-23T23:15:00Z</dcterms:created>
  <dcterms:modified xsi:type="dcterms:W3CDTF">2026-08-17T17:46:00Z</dcterms:modified>
  <cp:category/>
</cp:coreProperties>
</file>